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HVAC Ductwork Installation Work Package Inspection and Test Plan Template</w:t>
      </w:r>
    </w:p>
    <w:p>
      <w:r>
        <w:t>Ordinary building ductwork installation from approved layout through supports, duct assembly, insulation, terminal devices and handover of project-required inspection/test evidence. Excludes refrigeration circuits, refrigerant handling, equipment electrical work, system design, airflow balancing, test execution, commissioning, controls integration and building performance certification.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hvac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HVA-01 · Ductwork scope, coordinated drawings and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duct system type, zone, boundaries, service coordination and applicable specification are identified.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approved mechanical layouts, sections, schedules, ceiling/service coordination and revision status; list unresolved clashes.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Ductwork work-front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Building duct distribution only.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HVA-02 · Duct materials and in-duct components receipt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duct materials, insulation, dampers and terminal components against approved schedules and manufacturer/product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item identification, order/delivery records, condition and required compliance submittals before installation.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materials traceability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material class or performance value is presumed.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HVA-03 · Supports, penetrations and access coordination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support locations and openings/interfaces are installed to coordinated project details without unapproved service conflicts.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installed supports and openings with approved drawings, specified support detail and fire/acoustic penetration interface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supports and penetration interface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support spacing or loading criterion is invented.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HVA-04 · Duct set-out and assembly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duct sections, transitions and fittings are installed in the intended route and orientation.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assembly against drawings and schedules; identify size/type or route deviations for approved resolution.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set-out and assembly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Design changes require project approval.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HVA-05 · Joints, seals and duct cleanliness protection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specified joint assembly/sealing and internal cleanliness controls before sections become inaccessible.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the project-defined joint details and protection/closure evidence; document contamination or damaged components.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joint and cleanliness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Seal class or leakage rate is not supplied.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HVA-06 · Duct insulation and acoustic lining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specified insulation/lining product, location, support and finish are documented before concealment.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product approval and installed configuration against coordinated drawings, schedules and manufacturer instructions.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insulation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thickness, thermal value or acoustic performance is assumed.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HVA-07 · Dampers, access panels and terminal devices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nominated dampers, access panels, grilles and diffusers are identifiable and installed at coordinated locations.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installed device type/location/orientation and access provision with schedules and coordinated details; record missing identification.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terminal and access device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Device settings and airflow results are not established here.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HVA-08 · Specified duct test record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Identify the exact test requirements and receive the required report from the project-assigned testing party.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that submitted report identifies system/zone, method, equipment where required, criteria source, results, defects and retest/disposition references.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Duct test report receipt and review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The plan does not instruct test performance, select test values or authorize balancing/commissioning.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HVA-09 · As-built, defects and mechanical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duct installation records, marked-up layouts, open defects and required handover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package index against contract submission schedule; identify later balancing, commissioning and equipment works as separately owned interfaces.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HVAC ductwork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Evidence handover only; no HVAC commissioning completion is represented.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HVA-01 · Ductwork scope, coordinated drawings and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Included duct / terminal boundary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Coordination query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HVA-02 · Duct materials and in-duct components receipt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Duct/component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 / classification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delivery docket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Submittal / approval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HVA-03 · Supports, penetrations and access coordination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Grid / ceiling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detail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Penetration / access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Other service / firestop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HVA-04 · Duct set-out and assembly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Grid / run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Duct section / fitting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Deviation / RFI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HVA-05 · Joints, seals and duct cleanliness protection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/ run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Seal/product instruction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end / cleanliness evidence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HVA-06 · Duct insulation and acoustic lining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Ceiling / riser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Insulation/lining product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Concealment photo / check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HVA-07 · Dampers, access panels and terminal devices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Device tag /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ceiling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Access / coordination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HVA-08 · Specified duct test record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zone tested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method / clause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report / date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retest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HVA-09 · As-built, defects and mechanical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Systems / zones included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drawing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index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Submission / recipient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training.gov.au, CPCPMS3035 Install and test ducting systems</w:t>
      </w:r>
    </w:p>
    <w:p>
      <w:pPr>
        <w:keepNext/>
      </w:pPr>
      <w:r>
        <w:t>Official current unit PDF inspected directly, all four pages: system requirements, materials, supports, installation/sealing, insulation, terminals, specified duct test and records.</w:t>
      </w:r>
    </w:p>
    <w:p>
      <w:pPr>
        <w:keepNext/>
      </w:pPr>
      <w:r>
        <w:t>https://training.gov.au/TrainingComponentFiles/CPC/CPCPMS3035_R2.pdf</w:t>
      </w:r>
    </w:p>
    <w:p>
      <w:r>
        <w:t>Supports ordinary building ductwork installation process and the need to identify a separate specified test/report. This plan stops at evidence handover; it does not teach refrigeration, balancing, test execution or commissioning.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hvac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