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rFonts w:ascii="Arial" w:hAnsi="Arial"/>
          <w:color w:val="17324D"/>
          <w:sz w:val="44"/>
        </w:rPr>
        <w:t>Selected Engineered Fill Placement and Compaction Inspection and Test Plan Template</w:t>
      </w:r>
    </w:p>
    <w:p>
      <w:r>
        <w:t>Reusable baseline for source-controlled selected engineered fill in defined zones, including receipt, layer placement, conditioning, compaction process, specified compliance tests, rework and survey/handover. Excludes bulk cut/fill balancing, ordinary utility trench bedding/surround/backfill, pavement-specific acceptance unless included, stabilisation and ground improvement.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t>Project</w:t>
            </w:r>
          </w:p>
        </w:tc>
        <w:tc>
          <w:tcPr>
            <w:tcW w:type="dxa" w:w="5112"/>
          </w:tcPr>
          <w:p>
            <w:r>
              <w:t>[Enter project / state / parties]</w:t>
            </w:r>
          </w:p>
        </w:tc>
      </w:tr>
      <w:tr>
        <w:tc>
          <w:tcPr>
            <w:tcW w:type="dxa" w:w="5112"/>
          </w:tcPr>
          <w:p>
            <w:r>
              <w:t>Package</w:t>
            </w:r>
          </w:p>
        </w:tc>
        <w:tc>
          <w:tcPr>
            <w:tcW w:type="dxa" w:w="5112"/>
          </w:tcPr>
          <w:p>
            <w:r>
              <w:t>fill-compaction</w:t>
            </w:r>
          </w:p>
        </w:tc>
      </w:tr>
      <w:tr>
        <w:tc>
          <w:tcPr>
            <w:tcW w:type="dxa" w:w="5112"/>
          </w:tcPr>
          <w:p>
            <w:r>
              <w:t>Document / revision</w:t>
            </w:r>
          </w:p>
        </w:tc>
        <w:tc>
          <w:tcPr>
            <w:tcW w:type="dxa" w:w="5112"/>
          </w:tcPr>
          <w:p>
            <w:r>
              <w:t>[Enter controlled number and revision]</w:t>
            </w:r>
          </w:p>
        </w:tc>
      </w:tr>
      <w:tr>
        <w:tc>
          <w:tcPr>
            <w:tcW w:type="dxa" w:w="5112"/>
          </w:tcPr>
          <w:p>
            <w:r>
              <w:t>Issue purpose</w:t>
            </w:r>
          </w:p>
        </w:tc>
        <w:tc>
          <w:tcPr>
            <w:tcW w:type="dxa" w:w="5112"/>
          </w:tcPr>
          <w:p>
            <w:r>
              <w:t>For review - proposed editable baseline</w:t>
            </w:r>
          </w:p>
        </w:tc>
      </w:tr>
      <w:tr>
        <w:tc>
          <w:tcPr>
            <w:tcW w:type="dxa" w:w="5112"/>
          </w:tcPr>
          <w:p>
            <w:r>
              <w:t>Boundary</w:t>
            </w:r>
          </w:p>
        </w:tc>
        <w:tc>
          <w:tcPr>
            <w:tcW w:type="dxa" w:w="5112"/>
          </w:tcPr>
          <w:p>
            <w:r>
              <w:t>Complete against project documents; remove out-of-scope activities.</w:t>
            </w:r>
          </w:p>
        </w:tc>
      </w:tr>
    </w:tbl>
    <w:p>
      <w:pPr>
        <w:pStyle w:val="Heading1"/>
      </w:pPr>
      <w:r>
        <w:t>Read before use</w:t>
      </w:r>
    </w:p>
    <w:p>
      <w:pPr>
        <w:pStyle w:val="ListBullet"/>
      </w:pPr>
      <w:r>
        <w:t>This is a reusable proposed baseline, not an approved project plan or completed inspection record.</w:t>
      </w:r>
    </w:p>
    <w:p>
      <w:pPr>
        <w:pStyle w:val="ListBullet"/>
      </w:pPr>
      <w:r>
        <w:t>Enter actual acceptance criteria, source revisions/locators, lot basis, frequency, roles and contractual control points from the project. No numeric limit, test result, qualification, signature or client release has been supplied.</w:t>
      </w:r>
    </w:p>
    <w:p>
      <w:pPr>
        <w:pStyle w:val="ListBullet"/>
      </w:pPr>
      <w:r>
        <w:t>Confirm scope and remove or mark conditional rows that do not apply. Resolve missing or conflicting decisions with the assigned project authority.</w:t>
      </w:r>
    </w:p>
    <w:p>
      <w:pPr>
        <w:pStyle w:val="ListBullet"/>
      </w:pPr>
      <w:r>
        <w:t>Complete the matching blank Record Prompts only when actual work occurs; retain source certificates and original specialist reports.</w:t>
      </w:r>
    </w:p>
    <w:p>
      <w:pPr>
        <w:pStyle w:val="Heading1"/>
      </w:pPr>
      <w:r>
        <w:t>Project inputs to resolve</w:t>
      </w:r>
    </w:p>
    <w:p>
      <w:r>
        <w:rPr>
          <w:b/>
        </w:rPr>
        <w:t xml:space="preserve">Project jurisdiction / authority context: </w:t>
      </w:r>
      <w:r>
        <w:t>[Enter project source / decision] State or territory and any authority or contract scope that governs the work.</w:t>
      </w:r>
    </w:p>
    <w:p>
      <w:r>
        <w:rPr>
          <w:b/>
        </w:rPr>
        <w:t xml:space="preserve">Approved civil / services drawings and revisions: </w:t>
      </w:r>
      <w:r>
        <w:t>[Enter project source / decision] Identify controlled plans, sections, set-out details, levels and applicable drawing items.</w:t>
      </w:r>
    </w:p>
    <w:p>
      <w:r>
        <w:rPr>
          <w:b/>
        </w:rPr>
        <w:t xml:space="preserve">Project earthworks specification and adopted standards: </w:t>
      </w:r>
      <w:r>
        <w:t>[Enter project source / decision] Identify contract clauses, adopted editions, annexures and precedence.</w:t>
      </w:r>
    </w:p>
    <w:p>
      <w:r>
        <w:rPr>
          <w:b/>
        </w:rPr>
        <w:t xml:space="preserve">Geotechnical design basis and disposition roles: </w:t>
      </w:r>
      <w:r>
        <w:t>[Enter project source / decision] Identify the report, design zones and who provides any specified founding or changed-ground disposition.</w:t>
      </w:r>
    </w:p>
    <w:p>
      <w:r>
        <w:rPr>
          <w:b/>
        </w:rPr>
        <w:t xml:space="preserve">Material source, classification and use schedule: </w:t>
      </w:r>
      <w:r>
        <w:t>[Enter project source / decision] Identify approved source, permitted use and project material criteria; do not infer a class.</w:t>
      </w:r>
    </w:p>
    <w:p>
      <w:r>
        <w:rPr>
          <w:b/>
        </w:rPr>
        <w:t xml:space="preserve">Project testing, lotting and reporting plan: </w:t>
      </w:r>
      <w:r>
        <w:t>[Enter project source / decision] Enter nominated methods, test locations, lot definition, rate, acceptance and laboratory role.</w:t>
      </w:r>
    </w:p>
    <w:p>
      <w:r>
        <w:rPr>
          <w:b/>
        </w:rPr>
        <w:t xml:space="preserve">Survey control, geometry and closeout requirements: </w:t>
      </w:r>
      <w:r>
        <w:t>[Enter project source / decision] Identify control, design geometry, tolerances, as-built format and responsible survey role.</w:t>
      </w:r>
    </w:p>
    <w:p>
      <w:r>
        <w:rPr>
          <w:b/>
        </w:rPr>
        <w:t xml:space="preserve">Service clearance and permit process: </w:t>
      </w:r>
      <w:r>
        <w:t>[Enter project source / decision] Identify current service information, locating, protection and permit requirements.</w:t>
      </w:r>
    </w:p>
    <w:p>
      <w:r>
        <w:rPr>
          <w:b/>
        </w:rPr>
        <w:t xml:space="preserve">Service and work-package interfaces: </w:t>
      </w:r>
      <w:r>
        <w:t>[Enter project source / decision] Identify exact trench, building, pavement or service boundaries and owner handover/testing responsibilities.</w:t>
      </w:r>
    </w:p>
    <w:p>
      <w:r>
        <w:rPr>
          <w:b/>
        </w:rPr>
        <w:t xml:space="preserve">Performing, reviewing and contractual release roles: </w:t>
      </w:r>
      <w:r>
        <w:t>[Enter project source / decision] Identify assigned roles, notice period, evidence, and contractual Hold/Witness or release conditions.</w:t>
      </w:r>
    </w:p>
    <w:p>
      <w:r>
        <w:rPr>
          <w:b/>
        </w:rPr>
        <w:t xml:space="preserve">Project records and handover requirements: </w:t>
      </w:r>
      <w:r>
        <w:t>[Enter project source / decision] Identify required registers, reports, photos, dispositions and handover submission.</w:t>
      </w:r>
    </w:p>
    <w:p>
      <w:r>
        <w:br w:type="page"/>
      </w:r>
    </w:p>
    <w:p>
      <w:pPr>
        <w:pStyle w:val="Heading1"/>
      </w:pPr>
      <w:r>
        <w:t>Inspection and Test Plan</w:t>
      </w:r>
    </w:p>
    <w:p>
      <w:r>
        <w:t>Proposed baseline. Replace prompts with controlled project criteria and references before project review.</w:t>
      </w:r>
    </w:p>
    <w:p>
      <w:pPr>
        <w:pStyle w:val="Heading2"/>
      </w:pPr>
      <w:r>
        <w:t>SEF-01 · Engineered fill scope and acceptance basis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Define each selected engineered fill zone, intended function, design elevation, required material class and acceptance evidence.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Review approved drawings, geotechnical/design documents, earthworks specification and test/lot plan; record the governing revision and unresolved decisions.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Zone boundaries, use, required material, placement method, acceptance criteria, lotting and responsibility are stated in controlled project documents; no value is inferred. [Enter Approved civil / services drawings and revisions] [Enter Geotechnical design basis and disposition roles] [Enter Project earthworks specification and adopted standards] [Enter Project testing, lotting and reporting plan]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Before sourcing, placement or changes to zone/design basis.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earthworks supervisor / quality role performs and records; project-assigned reviewer acts only within documented authority. Confirm project roles: [Enter Performing, reviewing and contractual release roles].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Selected fill zone and criteria register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Include only for work shown in this package scope.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SEF-02 · Fill source and material approval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Verify source identity and project evidence for each selected engineered fill material before delivery/use.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Compare source proposal, representative material identification and required test/certification reports with project material schedule and nominated approval route.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Source, material type and intended zone match the approved project record; required evidence is complete and current for the material/source presented. [Enter Material source, classification and use schedule] [Enter Project testing, lotting and reporting plan] [Enter Project earthworks specification and adopted standards]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Before first use of each source/material and when source or material changes.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earthworks supervisor / quality role performs and records; project-assigned reviewer acts only within documented authority. Confirm project roles: [Enter Performing, reviewing and contractual release roles].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Engineered fill source approval register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Include only for work shown in this package scope.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SEF-03 · Receiving formation readiness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Confirm the prepared receiving surface is identified and accepted for selected engineered fill placement.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Inspect the surface, drainage and boundaries; compare set-out and documented geotechnical/design disposition; confirm required preceding records are available.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Receiving surface and any specified treatment/release match project drawings and written dispositions; unresolved water, soft areas or conflicts are referred before covering. [Enter Approved civil / services drawings and revisions] [Enter Geotechnical design basis and disposition roles] [Enter Survey control, geometry and closeout requirements] [Enter Performing, reviewing and contractual release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Before the first fill layer in each zone and after re-preparation.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earthworks supervisor / quality role performs and records; project-assigned reviewer acts only within documented authority. Confirm project roles: [Enter Performing, reviewing and contractual release roles].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Receiving formation inspection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Include only for work shown in this package scope.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SEF-04 · Delivery identity and material traceability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Check each delivery or defined delivery group is linked to the approved source, material and intended zone.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Review docket/load records and observe material identity/condition; reconcile source, material designation and destination with the approval register.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Delivery is identifiable and consistent with the accepted material for the intended zone; discrepancies are segregated pending project decision. [Enter Material source, classification and use schedule] [Enter Project records and handover requirements]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Each delivery or project-defined delivery group before placement.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earthworks supervisor / quality role performs and records; project-assigned reviewer acts only within documented authority. Confirm project roles: [Enter Performing, reviewing and contractual release roles].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Selected fill delivery register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Include only for work shown in this package scope.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SEF-05 · Layer area, thickness and placement sequence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Inspect the placed layer and record its area and thickness basis before conditioning/compaction.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Observe spreading, segregation and layer boundaries; measure or obtain the project-required thickness evidence using the specified method.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Material is placed in the approved zone and sequence; layer dimensions and continuity meet the project-stated requirements and are recorded against the source criteria. [Enter Approved civil / services drawings and revisions] [Enter Project earthworks specification and adopted standards] [Enter Project testing, lotting and reporting plan]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Each layer/zone and material change before compaction.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earthworks supervisor / quality role performs and records; project-assigned reviewer acts only within documented authority. Confirm project roles: [Enter Performing, reviewing and contractual release roles].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Engineered fill layer placement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Include only for work shown in this package scope.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SEF-06 · Moisture conditioning and compaction method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Verify the approved conditioning and compaction method is being followed for the identified material and layer.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Observe conditioning and plant/method; compare with approved procedure or project trial where required; log actual observations only where specified.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Method and any moisture/plant constraints follow the approved project procedure; no target moisture, equipment, pass count or density is assumed by this baseline. [Enter Project earthworks specification and adopted standards] [Enter Material source, classification and use schedule] [Enter Project testing, lotting and reporting plan]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During each applicable layer and whenever material, weather or method changes.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earthworks supervisor / quality role performs and records; project-assigned reviewer acts only within documented authority. Confirm project roles: [Enter Performing, reviewing and contractual release roles].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Layer conditioning and compaction process log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Include only for work shown in this package scope.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SEF-07 · Compaction operation and layer completion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Inspect the controlled compaction process and identify completed layer boundaries for testing or next-stage work.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Observe the approved operation across the identified area; map completed and reworked portions to the lot/layer plan without substituting visual observation for specified testing.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The specified method covers the recorded area and layer; any omitted, disturbed or visibly deficient area is corrected and identified for required verification before concealment. [Enter Project earthworks specification and adopted standards] [Enter Project testing, lotting and reporting plan]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Per defined layer/lot during placement and before the next layer obscures it.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earthworks supervisor / quality role performs and records; project-assigned reviewer acts only within documented authority. Confirm project roles: [Enter Performing, reviewing and contractual release roles].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Compaction activity and layer map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Include only for work shown in this package scope.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SEF-08 · Specified compliance tests and result disposition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Track project-required samples/tests by material, layer, lot, location, method and report; manage failures to written disposition.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Check test request and report traceability against project test plan; compare reported results only with the cited project acceptance clause and identify retest/rework link.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Required tests and reports cover the defined lot under project criteria; results are assessed by the nominated method; failed or missing results remain open until documented disposition and verification. [Enter Project testing, lotting and reporting plan] [Enter Project earthworks specification and adopted standards] [Enter Performing, reviewing and contractual release roles]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the project-defined lot/sample trigger and before dependent work; exact rate and method are project inputs.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earthworks supervisor / quality role performs and records; project-assigned reviewer acts only within documented authority. Confirm project roles: [Enter Performing, reviewing and contractual release roles].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Selected fill test and disposition register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Include only for work shown in this package scope.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2"/>
      </w:pPr>
      <w:r>
        <w:t>SEF-09 · Finished zone survey, protection and handover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Verify completed zone geometry, test dossier, protection condition and receiving-trade interface.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Compare survey and test register with project closeout requirements; walk the zone for damage, drainage or disturbance after test/acceptance.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Specified geometry and records are submitted against current project criteria; damage or outstanding results are resolved or carried as a documented hold before handover. [Enter Survey control, geometry and closeout requirements] [Enter Project testing, lotting and reporting plan] [Enter Project records and handover requirements]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At completion of each zone and immediately before handover or concealment.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assigned earthworks supervisor / quality role performs and records; project-assigned reviewer acts only within documented authority. Confirm project roles: [Enter Performing, reviewing and contractual release roles].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Selected fill completion and handover index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>Include only for work shown in this package scope. Proposed baseline. Confirm applicability and replace with controlled project requirement.</w:t>
            </w:r>
          </w:p>
        </w:tc>
      </w:tr>
    </w:tbl>
    <w:p/>
    <w:p>
      <w:r>
        <w:br w:type="page"/>
      </w:r>
    </w:p>
    <w:p>
      <w:pPr>
        <w:pStyle w:val="Heading1"/>
      </w:pPr>
      <w:r>
        <w:t>Blank matching record prompts</w:t>
      </w:r>
    </w:p>
    <w:p>
      <w:r>
        <w:t>Complete the actual date, observation, result and responsible roles during the work. Blank cells are intentional; this template contains no completed inspection or approval.</w:t>
      </w:r>
    </w:p>
    <w:p>
      <w:pPr>
        <w:pStyle w:val="Heading2"/>
      </w:pPr>
      <w:r>
        <w:t>SEF-01 · Engineered fill scope and acceptance basis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Zone / layer purpose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Design / geotechnical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Material / acceptance source locator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Lot / test plan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SEF-02 · Fill source and material approval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Quarry / source / supplier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Material ID / description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Test / certificate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Approved use zone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SEF-03 · Receiving formation readiness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Zone / area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Observed level / drawing locator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Surface / moisture / drainage observation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release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SEF-04 · Delivery identity and material traceability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Docket / load ID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Approved source ID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Material ID / description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Zone / layer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SEF-05 · Layer area, thickness and placement sequence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Layer ID / elevation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Area / lot boundary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Observed layer thickness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Material / delivery references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SEF-06 · Moisture conditioning and compaction method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Layer / lot ID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Plant / method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Observed conditioning / actual reading if required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Approved method / trial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SEF-07 · Compaction operation and layer completion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Lot / boundary plan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Layer ID / area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Method / plant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Rework area / instruction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SEF-08 · Specified compliance tests and result disposition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Test / method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Lot / layer / location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Project clause / disposition / retest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2"/>
      </w:pPr>
      <w:r>
        <w:t>SEF-09 · Finished zone survey, protection and handover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Zone / design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As-built survey / revision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Test register / outstanding items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Receiving party / handover ref.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r>
        <w:br w:type="page"/>
      </w:r>
    </w:p>
    <w:p>
      <w:pPr>
        <w:pStyle w:val="Heading1"/>
      </w:pPr>
      <w:r>
        <w:t>Topic guidance sources and limitations</w:t>
      </w:r>
    </w:p>
    <w:p>
      <w:pPr>
        <w:pStyle w:val="Heading2"/>
      </w:pPr>
      <w:r>
        <w:t>Queensland Department of Transport and Main Roads, MRTS04 General Earthworks (March 2025)</w:t>
      </w:r>
    </w:p>
    <w:p>
      <w:r>
        <w:t>Inspected official PDF and local searchable extract industry-library/text/tmr-mrts04.txt. Topic locators: 1.1-1.2 scope (printed specification pp. 1-2); 5.2-5.6 procedures, testing/lotting (printed pp. 15-19); 6 geometry (printed pp. 19-20); 8 topsoil (printed pp. 22-24); 9 unsuitable material (printed pp. 25-26); 13 excavation (printed pp. 34-38); 14 Earth Fill (printed pp. 38-47); 15 Compaction (printed pp. 48-53); 19 Backfill (printed pp. 67-74).</w:t>
      </w:r>
    </w:p>
    <w:p>
      <w:r>
        <w:t>https://www.tmr.qld.gov.au/-/media/busind/techstdpubs/Specifications-and-drawings/Specifications/3-Roadworks-Drainage-Culverts-and-Geotechnical/MRTS04.pdf</w:t>
      </w:r>
    </w:p>
    <w:p>
      <w:r>
        <w:t>Inspected topic example for Queensland road and bridge earthworks only. Supports identification of process topics, documentary controls, materials, geometry, excavation, fill, compaction, backfill and the fact that lot/test rules are specified. Its technical values, tests, frequencies, lot sizes, control points and roles are not defaults; use only if the project contract adopts this edition and applicable annexures.</w:t>
      </w:r>
    </w:p>
    <w:p>
      <w:pPr>
        <w:pStyle w:val="Heading2"/>
      </w:pPr>
      <w:r>
        <w:t>Hutchinson Builders, Safety &amp; Quality Planning: 010 Groundworks ITP and Report (EXAMPLE)</w:t>
      </w:r>
    </w:p>
    <w:p>
      <w:r>
        <w:t>Official downloads page lists 010 Groundworks ITP and 010 Groundworks Report; both DOCX files downloaded and text-extracted 2026-10-07 from the linked Toolbox files. ITP table rows 3-11 cover bulk set-out, fill source, excavation, fill operations, bottom/surface preparation, compaction/soil-strength records and final inspection; rows 12-25 cover detailed earthworks, trench/pit bottoms, bedding/blinding, backfill, regulatory records and closeout. Matching report table rows 2-4 capture lot/location/open-close/comments/signature; rows 8-32 carry process, specification, acceptance, pass/fail, CAR, initials and date.</w:t>
      </w:r>
    </w:p>
    <w:p>
      <w:r>
        <w:t>https://subbies.hutchies.com.au/resources/videos/safety-and-quality-planning</w:t>
      </w:r>
    </w:p>
    <w:p>
      <w:r>
        <w:t>Builder example marked EXAMPLE; used only to check broad staging and useful lot/report fields. Many acceptance/frequency/role cells are blank. It does not set universal criteria, regulatory steps or release authority. Original DOCX files are not redistributed.</w:t>
      </w:r>
    </w:p>
    <w:p>
      <w:pPr>
        <w:pStyle w:val="Heading2"/>
      </w:pPr>
      <w:r>
        <w:t>Construction Quality Australia, How to create an Inspection and Test Plan</w:t>
      </w:r>
    </w:p>
    <w:p>
      <w:r>
        <w:t>Official industry guide, sections 1-4, previously inspected and summarized in skills/au-construction-itp/references/template-writing-guide.md.</w:t>
      </w:r>
    </w:p>
    <w:p>
      <w:r>
        <w:t>https://www.cqa.org.au/post/guide-how-to-create-an-inspection-and-test-plan-itp</w:t>
      </w:r>
    </w:p>
    <w:p>
      <w:r>
        <w:t>Method structure only: sequence checkable activities and specify method, acceptance source, trigger/frequency, responsibility, control and records. Does not substantiate earthworks technical limits or project requirements.</w:t>
      </w:r>
    </w:p>
    <w:p>
      <w:r>
        <w:t>Topic guidance is provided for orientation only. Confirm applicable jurisdictional adoption, approved design and contract requirements. No cited source substitutes for the complete controlled project documents or licensed standards.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fill-compaction · Proposed baseline · Rev [Enter] ·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24374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7324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732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7324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