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Electrical Rough-In Inspection Record</w:t>
      </w:r>
    </w:p>
    <w:p>
      <w:pPr>
        <w:spacing w:after="100"/>
      </w:pPr>
      <w:r>
        <w:rPr>
          <w:rFonts w:ascii="Arial" w:hAnsi="Arial"/>
          <w:b/>
          <w:sz w:val="20"/>
        </w:rPr>
        <w:t>Blank project field record  |  Complete from current approved documents and site observations</w:t>
      </w:r>
    </w:p>
    <w:p>
      <w:pPr>
        <w:spacing w:after="20"/>
      </w:pPr>
      <w:r>
        <w:rPr>
          <w:rFonts w:ascii="Arial" w:hAnsi="Arial"/>
          <w:b/>
          <w:sz w:val="22"/>
        </w:rPr>
        <w:t>Scope</w:t>
      </w:r>
    </w:p>
    <w:p>
      <w:pPr>
        <w:spacing w:after="60"/>
      </w:pPr>
      <w:r>
        <w:rPr>
          <w:rFonts w:ascii="Arial" w:hAnsi="Arial"/>
          <w:b w:val="0"/>
          <w:sz w:val="18"/>
        </w:rPr>
        <w:t>Included: Visual and document checks of identified ordinary low-voltage rough-in work while accessible: route and circuit identity, support/protection, separation and interfaces, penetrations/fire-stopping coordination, enclosure condition and concealment evidence.</w:t>
      </w:r>
    </w:p>
    <w:p>
      <w:pPr>
        <w:spacing w:after="60"/>
      </w:pPr>
      <w:r>
        <w:rPr>
          <w:rFonts w:ascii="Arial" w:hAnsi="Arial"/>
          <w:b w:val="0"/>
          <w:sz w:val="18"/>
        </w:rPr>
        <w:t>Excluded: Electrical design; conductor or protective-device selection/sizing; testing, commissioning, energisation or certification; high voltage, hazardous areas, PV/battery or specialist installations; and universal spacing, support interval, depth, separation or fire-rating values.</w:t>
      </w:r>
    </w:p>
    <w:p>
      <w:pPr>
        <w:spacing w:after="20"/>
      </w:pPr>
      <w:r>
        <w:rPr>
          <w:rFonts w:ascii="Arial" w:hAnsi="Arial"/>
          <w:b/>
          <w:sz w:val="22"/>
        </w:rPr>
        <w:t>Use and project setup</w:t>
      </w:r>
    </w:p>
    <w:p>
      <w:pPr>
        <w:spacing w:after="40"/>
      </w:pPr>
      <w:r>
        <w:rPr>
          <w:rFonts w:ascii="Arial" w:hAnsi="Arial"/>
          <w:b w:val="0"/>
          <w:sz w:val="18"/>
        </w:rPr>
        <w:t>Project field: Project / jurisdiction / contractor  ______________________________________________</w:t>
      </w:r>
    </w:p>
    <w:p>
      <w:pPr>
        <w:spacing w:after="40"/>
      </w:pPr>
      <w:r>
        <w:rPr>
          <w:rFonts w:ascii="Arial" w:hAnsi="Arial"/>
          <w:b w:val="0"/>
          <w:sz w:val="18"/>
        </w:rPr>
        <w:t>Project field: Area / level / room / grid  ______________________________________________</w:t>
      </w:r>
    </w:p>
    <w:p>
      <w:pPr>
        <w:spacing w:after="40"/>
      </w:pPr>
      <w:r>
        <w:rPr>
          <w:rFonts w:ascii="Arial" w:hAnsi="Arial"/>
          <w:b w:val="0"/>
          <w:sz w:val="18"/>
        </w:rPr>
        <w:t>Project field: Drawing / revision / circuit schedule ref  ______________________________________________</w:t>
      </w:r>
    </w:p>
    <w:p>
      <w:pPr>
        <w:spacing w:after="40"/>
      </w:pPr>
      <w:r>
        <w:rPr>
          <w:rFonts w:ascii="Arial" w:hAnsi="Arial"/>
          <w:b w:val="0"/>
          <w:sz w:val="18"/>
        </w:rPr>
        <w:t>Project field: Circuit / cable / containment identity  ______________________________________________</w:t>
      </w:r>
    </w:p>
    <w:p>
      <w:pPr>
        <w:spacing w:after="40"/>
      </w:pPr>
      <w:r>
        <w:rPr>
          <w:rFonts w:ascii="Arial" w:hAnsi="Arial"/>
          <w:b w:val="0"/>
          <w:sz w:val="18"/>
        </w:rPr>
        <w:t>Project field: Origin and destination / board reference  ______________________________________________</w:t>
      </w:r>
    </w:p>
    <w:p>
      <w:pPr>
        <w:spacing w:after="40"/>
      </w:pPr>
      <w:r>
        <w:rPr>
          <w:rFonts w:ascii="Arial" w:hAnsi="Arial"/>
          <w:b w:val="0"/>
          <w:sz w:val="18"/>
        </w:rPr>
        <w:t>Project field: Concealment stage / inspection notice  ______________________________________________</w:t>
      </w:r>
    </w:p>
    <w:p>
      <w:pPr>
        <w:spacing w:after="40"/>
      </w:pPr>
      <w:r>
        <w:rPr>
          <w:rFonts w:ascii="Arial" w:hAnsi="Arial"/>
          <w:b w:val="0"/>
          <w:sz w:val="18"/>
        </w:rPr>
        <w:t>Project field: Penetration / fire compartment / interface refs  ______________________________________________</w:t>
      </w:r>
    </w:p>
    <w:p>
      <w:pPr>
        <w:spacing w:after="40"/>
      </w:pPr>
      <w:r>
        <w:rPr>
          <w:rFonts w:ascii="Arial" w:hAnsi="Arial"/>
          <w:b w:val="0"/>
          <w:sz w:val="18"/>
        </w:rPr>
        <w:t>Project field: Photo / NCR / RFI / disposition refs  ______________________________________________</w:t>
      </w:r>
    </w:p>
    <w:p>
      <w:pPr>
        <w:spacing w:after="40"/>
      </w:pPr>
      <w:r>
        <w:rPr>
          <w:rFonts w:ascii="Arial" w:hAnsi="Arial"/>
          <w:b w:val="0"/>
          <w:sz w:val="18"/>
        </w:rPr>
        <w:t>Before inspection: Approved electrical drawings, schedules and specifications — Identify design intent, routes, circuits, cable and containment requirements and revision.</w:t>
      </w:r>
    </w:p>
    <w:p>
      <w:pPr>
        <w:spacing w:after="40"/>
      </w:pPr>
      <w:r>
        <w:rPr>
          <w:rFonts w:ascii="Arial" w:hAnsi="Arial"/>
          <w:b w:val="0"/>
          <w:sz w:val="18"/>
        </w:rPr>
        <w:t>Before inspection: Current coordination and fire-compartment details — Locate interfaces, penetrations, separation and required fire-stopping detail.</w:t>
      </w:r>
    </w:p>
    <w:p>
      <w:pPr>
        <w:spacing w:after="40"/>
      </w:pPr>
      <w:r>
        <w:rPr>
          <w:rFonts w:ascii="Arial" w:hAnsi="Arial"/>
          <w:b w:val="0"/>
          <w:sz w:val="18"/>
        </w:rPr>
        <w:t>Before inspection: Project inspection and concealment schedule — Identify notice, witness and release roles before work becomes inaccessible.</w:t>
      </w:r>
    </w:p>
    <w:p>
      <w:pPr>
        <w:spacing w:after="40"/>
      </w:pPr>
      <w:r>
        <w:rPr>
          <w:rFonts w:ascii="Arial" w:hAnsi="Arial"/>
          <w:b w:val="0"/>
          <w:sz w:val="18"/>
        </w:rPr>
        <w:t>Before inspection: Product approvals and installation instructions — Verify installed cable, containment, supports and protection against accepted submittals.</w:t>
      </w:r>
    </w:p>
    <w:p>
      <w:pPr>
        <w:spacing w:after="40"/>
      </w:pPr>
      <w:r>
        <w:rPr>
          <w:rFonts w:ascii="Arial" w:hAnsi="Arial"/>
          <w:b w:val="0"/>
          <w:sz w:val="18"/>
        </w:rPr>
        <w:t>Before inspection: Electrical contractor work method and risk controls — Define qualified personnel, access controls and safe inspection arrangements.</w:t>
      </w:r>
    </w:p>
    <w:p>
      <w:pPr>
        <w:spacing w:after="20"/>
      </w:pPr>
      <w:r>
        <w:rPr>
          <w:rFonts w:ascii="Arial" w:hAnsi="Arial"/>
          <w:b/>
          <w:sz w:val="22"/>
        </w:rPr>
        <w:t>How to use</w:t>
      </w:r>
    </w:p>
    <w:p>
      <w:pPr>
        <w:spacing w:after="40"/>
      </w:pPr>
      <w:r>
        <w:rPr>
          <w:rFonts w:ascii="Arial" w:hAnsi="Arial"/>
          <w:b w:val="0"/>
          <w:sz w:val="18"/>
        </w:rPr>
        <w:t>1. Identify jurisdiction, exact installation/work boundary and current controlled drawing revision.</w:t>
      </w:r>
    </w:p>
    <w:p>
      <w:pPr>
        <w:spacing w:after="40"/>
      </w:pPr>
      <w:r>
        <w:rPr>
          <w:rFonts w:ascii="Arial" w:hAnsi="Arial"/>
          <w:b w:val="0"/>
          <w:sz w:val="18"/>
        </w:rPr>
        <w:t>2. Enter applicable project acceptance references, methods, limits, witness points and responsible roles from approved project documents; no defaults are supplied.</w:t>
      </w:r>
    </w:p>
    <w:p>
      <w:pPr>
        <w:spacing w:after="40"/>
      </w:pPr>
      <w:r>
        <w:rPr>
          <w:rFonts w:ascii="Arial" w:hAnsi="Arial"/>
          <w:b w:val="0"/>
          <w:sz w:val="18"/>
        </w:rPr>
        <w:t>3. Record actual observations/results only from contemporaneous work or issued reports, retaining units, report IDs and revisions.</w:t>
      </w:r>
    </w:p>
    <w:p>
      <w:pPr>
        <w:spacing w:after="40"/>
      </w:pPr>
      <w:r>
        <w:rPr>
          <w:rFonts w:ascii="Arial" w:hAnsi="Arial"/>
          <w:b w:val="0"/>
          <w:sz w:val="18"/>
        </w:rPr>
        <w:t>4. Maintain a dated, attributable event trail for defects, repair, retest and disposition; preserve earlier entries.</w:t>
      </w:r>
    </w:p>
    <w:p>
      <w:pPr>
        <w:spacing w:after="40"/>
      </w:pPr>
      <w:r>
        <w:rPr>
          <w:rFonts w:ascii="Arial" w:hAnsi="Arial"/>
          <w:b w:val="0"/>
          <w:sz w:val="18"/>
        </w:rPr>
        <w:t>5. Keep project release, statutory certificate, inspector sign-off or connection authorisation as separate evidence linked by reference.</w:t>
      </w:r>
    </w:p>
    <w:p>
      <w:pPr>
        <w:spacing w:after="0"/>
      </w:pPr>
      <w:r>
        <w:rPr>
          <w:rFonts w:ascii="Arial" w:hAnsi="Arial"/>
          <w:b w:val="0"/>
          <w:sz w:val="16"/>
        </w:rPr>
        <w:t>Important: Blank field record for ordinary building low-voltage electrical work only. Project documents and applicable state or territory requirements control. This record is neither a statutory certificate, electrical test certification, inspector approval nor authorisation to connect or energise. Do not perform electrical work or tests unless appropriately licensed/authorised. Actual results, dates, decisions and signatures remain blank until contemporaneous evidence is entered by the responsible person.</w:t>
      </w:r>
    </w:p>
    <w:p>
      <w:r>
        <w:br w:type="page"/>
      </w:r>
    </w:p>
    <w:p>
      <w:pPr>
        <w:spacing w:after="40"/>
      </w:pPr>
      <w:r>
        <w:rPr>
          <w:rFonts w:ascii="Arial" w:hAnsi="Arial"/>
          <w:b/>
          <w:sz w:val="30"/>
        </w:rPr>
        <w:t>Inspection record</w:t>
      </w:r>
    </w:p>
    <w:p>
      <w:pPr>
        <w:spacing w:after="80"/>
      </w:pPr>
      <w:r>
        <w:rPr>
          <w:rFonts w:ascii="Arial" w:hAnsi="Arial"/>
          <w:b w:val="0"/>
          <w:sz w:val="18"/>
        </w:rPr>
        <w:t>Project: _____________________  Location / room / element: _____________________  Lot / area: _____________________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5538"/>
      </w:tblGrid>
      <w:tr>
        <w:tc>
          <w:tcPr>
            <w:tcW w:type="dxa" w:w="15538"/>
            <w:shd w:fill="EFF4F7"/>
          </w:tcPr>
          <w:p>
            <w:r>
              <w:rPr>
                <w:b/>
                <w:color w:val="17324D"/>
                <w:sz w:val="20"/>
              </w:rPr>
              <w:t>RIR-01  Area, circuit and drawing identity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168"/>
        <w:gridCol w:w="12312"/>
      </w:tblGrid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What to observe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Area, level, circuit or cable ID, origin/destination and current drawing/schedule revision.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How to check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Trace visible work to approved drawing and circuit schedule; note deviations for disposition.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Acceptance basis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Installed extent is identifiable and checked against current approved design documents.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Reference to verify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Approved project electrical specification, jurisdictional rules, drawings and controlled test/inspection plan; record exact revision/clause.</w:t>
            </w:r>
          </w:p>
        </w:tc>
      </w:tr>
      <w:tr>
        <w:tc>
          <w:tcPr>
            <w:tcW w:type="dxa" w:w="3168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Project criterion / actual approved document and revision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t>______________________________________________________________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6"/>
        <w:gridCol w:w="10944"/>
      </w:tblGrid>
      <w:tr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Record field</w:t>
            </w:r>
          </w:p>
        </w:tc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Actual value / reference</w:t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Area / circuit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Drawing revision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Origin / destination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Result / status (Pass / Fail / N/A / Pending)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Inspector name / role /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Evidence / photo / report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Issue / disposition / recheck evidence and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</w:tbl>
    <w:p>
      <w:pPr>
        <w:spacing w:after="40"/>
      </w:pPr>
      <w:r>
        <w:rPr>
          <w:rFonts w:ascii="Arial" w:hAnsi="Arial"/>
          <w:b w:val="0"/>
          <w:sz w:val="6"/>
        </w:rPr>
      </w:r>
    </w:p>
    <w:p>
      <w:r>
        <w:br w:type="page"/>
      </w:r>
    </w:p>
    <w:p>
      <w:pPr>
        <w:spacing w:after="40"/>
      </w:pPr>
      <w:r>
        <w:rPr>
          <w:rFonts w:ascii="Arial" w:hAnsi="Arial"/>
          <w:b/>
          <w:sz w:val="30"/>
        </w:rPr>
        <w:t>Inspection record</w:t>
      </w:r>
    </w:p>
    <w:p>
      <w:pPr>
        <w:spacing w:after="80"/>
      </w:pPr>
      <w:r>
        <w:rPr>
          <w:rFonts w:ascii="Arial" w:hAnsi="Arial"/>
          <w:b w:val="0"/>
          <w:sz w:val="18"/>
        </w:rPr>
        <w:t>Project: _____________________  Location / room / element: _____________________  Lot / area: _____________________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5538"/>
      </w:tblGrid>
      <w:tr>
        <w:tc>
          <w:tcPr>
            <w:tcW w:type="dxa" w:w="15538"/>
            <w:shd w:fill="EFF4F7"/>
          </w:tcPr>
          <w:p>
            <w:r>
              <w:rPr>
                <w:b/>
                <w:color w:val="17324D"/>
                <w:sz w:val="20"/>
              </w:rPr>
              <w:t>RIR-02  Route, supports and mechanical protection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168"/>
        <w:gridCol w:w="12312"/>
      </w:tblGrid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What to observe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Visible route, containment type, support arrangement, edge protection and exposure to damage.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How to check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Compare installed arrangement to project details and approved product instructions; record locations without generic intervals.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Acceptance basis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Project-specified support and protection are evidenced for this route.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Reference to verify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Approved project electrical specification, jurisdictional rules, drawings and controlled test/inspection plan; record exact revision/clause.</w:t>
            </w:r>
          </w:p>
        </w:tc>
      </w:tr>
      <w:tr>
        <w:tc>
          <w:tcPr>
            <w:tcW w:type="dxa" w:w="3168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Project criterion / actual approved document and revision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t>______________________________________________________________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6"/>
        <w:gridCol w:w="10944"/>
      </w:tblGrid>
      <w:tr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Record field</w:t>
            </w:r>
          </w:p>
        </w:tc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Actual value / reference</w:t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Route / containment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Support / protection detail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Photo / deviation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Result / status (Pass / Fail / N/A / Pending)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Inspector name / role /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Evidence / photo / report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Issue / disposition / recheck evidence and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</w:tbl>
    <w:p>
      <w:pPr>
        <w:spacing w:after="40"/>
      </w:pPr>
      <w:r>
        <w:rPr>
          <w:rFonts w:ascii="Arial" w:hAnsi="Arial"/>
          <w:b w:val="0"/>
          <w:sz w:val="6"/>
        </w:rPr>
      </w:r>
    </w:p>
    <w:p>
      <w:r>
        <w:br w:type="page"/>
      </w:r>
    </w:p>
    <w:p>
      <w:pPr>
        <w:spacing w:after="40"/>
      </w:pPr>
      <w:r>
        <w:rPr>
          <w:rFonts w:ascii="Arial" w:hAnsi="Arial"/>
          <w:b/>
          <w:sz w:val="30"/>
        </w:rPr>
        <w:t>Inspection record</w:t>
      </w:r>
    </w:p>
    <w:p>
      <w:pPr>
        <w:spacing w:after="80"/>
      </w:pPr>
      <w:r>
        <w:rPr>
          <w:rFonts w:ascii="Arial" w:hAnsi="Arial"/>
          <w:b w:val="0"/>
          <w:sz w:val="18"/>
        </w:rPr>
        <w:t>Project: _____________________  Location / room / element: _____________________  Lot / area: _____________________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5538"/>
      </w:tblGrid>
      <w:tr>
        <w:tc>
          <w:tcPr>
            <w:tcW w:type="dxa" w:w="15538"/>
            <w:shd w:fill="EFF4F7"/>
          </w:tcPr>
          <w:p>
            <w:r>
              <w:rPr>
                <w:b/>
                <w:color w:val="17324D"/>
                <w:sz w:val="20"/>
              </w:rPr>
              <w:t>RIR-03  Segregation and service interfaces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168"/>
        <w:gridCol w:w="12312"/>
      </w:tblGrid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What to observe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Proximity/crossings with other services, incompatible systems, access zones and later trade interfaces.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How to check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Compare interface to coordinated approved drawings and project requirements; document unresolved crossings.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Acceptance basis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Required project separation and interface treatment are traceable.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Reference to verify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Approved project electrical specification, jurisdictional rules, drawings and controlled test/inspection plan; record exact revision/clause.</w:t>
            </w:r>
          </w:p>
        </w:tc>
      </w:tr>
      <w:tr>
        <w:tc>
          <w:tcPr>
            <w:tcW w:type="dxa" w:w="3168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Project criterion / actual approved document and revision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t>______________________________________________________________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6"/>
        <w:gridCol w:w="10944"/>
      </w:tblGrid>
      <w:tr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Record field</w:t>
            </w:r>
          </w:p>
        </w:tc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Actual value / reference</w:t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Crossing / interface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Coordination drawing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Disposition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Result / status (Pass / Fail / N/A / Pending)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Inspector name / role /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Evidence / photo / report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Issue / disposition / recheck evidence and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</w:tbl>
    <w:p>
      <w:pPr>
        <w:spacing w:after="40"/>
      </w:pPr>
      <w:r>
        <w:rPr>
          <w:rFonts w:ascii="Arial" w:hAnsi="Arial"/>
          <w:b w:val="0"/>
          <w:sz w:val="6"/>
        </w:rPr>
      </w:r>
    </w:p>
    <w:p>
      <w:r>
        <w:br w:type="page"/>
      </w:r>
    </w:p>
    <w:p>
      <w:pPr>
        <w:spacing w:after="40"/>
      </w:pPr>
      <w:r>
        <w:rPr>
          <w:rFonts w:ascii="Arial" w:hAnsi="Arial"/>
          <w:b/>
          <w:sz w:val="30"/>
        </w:rPr>
        <w:t>Inspection record</w:t>
      </w:r>
    </w:p>
    <w:p>
      <w:pPr>
        <w:spacing w:after="80"/>
      </w:pPr>
      <w:r>
        <w:rPr>
          <w:rFonts w:ascii="Arial" w:hAnsi="Arial"/>
          <w:b w:val="0"/>
          <w:sz w:val="18"/>
        </w:rPr>
        <w:t>Project: _____________________  Location / room / element: _____________________  Lot / area: _____________________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5538"/>
      </w:tblGrid>
      <w:tr>
        <w:tc>
          <w:tcPr>
            <w:tcW w:type="dxa" w:w="15538"/>
            <w:shd w:fill="EFF4F7"/>
          </w:tcPr>
          <w:p>
            <w:r>
              <w:rPr>
                <w:b/>
                <w:color w:val="17324D"/>
                <w:sz w:val="20"/>
              </w:rPr>
              <w:t>RIR-04  Penetrations and fire-compartment interfaces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168"/>
        <w:gridCol w:w="12312"/>
      </w:tblGrid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What to observe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Penetration location, affected barrier identity and specified fire-stopping system/status.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How to check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Match penetration to current fire strategy/detail and approved system submittal; record fire-stop evidence separately.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Acceptance basis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Penetration treatment is traceable to approved project documents.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Reference to verify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Approved project electrical specification, jurisdictional rules, drawings and controlled test/inspection plan; record exact revision/clause.</w:t>
            </w:r>
          </w:p>
        </w:tc>
      </w:tr>
      <w:tr>
        <w:tc>
          <w:tcPr>
            <w:tcW w:type="dxa" w:w="3168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Project criterion / actual approved document and revision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t>______________________________________________________________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6"/>
        <w:gridCol w:w="10944"/>
      </w:tblGrid>
      <w:tr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Record field</w:t>
            </w:r>
          </w:p>
        </w:tc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Actual value / reference</w:t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Penetration ID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Barrier/detail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Fire-stop submittal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Result / status (Pass / Fail / N/A / Pending)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Inspector name / role /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Evidence / photo / report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Issue / disposition / recheck evidence and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</w:tbl>
    <w:p>
      <w:pPr>
        <w:spacing w:after="40"/>
      </w:pPr>
      <w:r>
        <w:rPr>
          <w:rFonts w:ascii="Arial" w:hAnsi="Arial"/>
          <w:b w:val="0"/>
          <w:sz w:val="6"/>
        </w:rPr>
      </w:r>
    </w:p>
    <w:p>
      <w:r>
        <w:br w:type="page"/>
      </w:r>
    </w:p>
    <w:p>
      <w:pPr>
        <w:spacing w:after="40"/>
      </w:pPr>
      <w:r>
        <w:rPr>
          <w:rFonts w:ascii="Arial" w:hAnsi="Arial"/>
          <w:b/>
          <w:sz w:val="30"/>
        </w:rPr>
        <w:t>Inspection record</w:t>
      </w:r>
    </w:p>
    <w:p>
      <w:pPr>
        <w:spacing w:after="80"/>
      </w:pPr>
      <w:r>
        <w:rPr>
          <w:rFonts w:ascii="Arial" w:hAnsi="Arial"/>
          <w:b w:val="0"/>
          <w:sz w:val="18"/>
        </w:rPr>
        <w:t>Project: _____________________  Location / room / element: _____________________  Lot / area: _____________________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5538"/>
      </w:tblGrid>
      <w:tr>
        <w:tc>
          <w:tcPr>
            <w:tcW w:type="dxa" w:w="15538"/>
            <w:shd w:fill="EFF4F7"/>
          </w:tcPr>
          <w:p>
            <w:r>
              <w:rPr>
                <w:b/>
                <w:color w:val="17324D"/>
                <w:sz w:val="20"/>
              </w:rPr>
              <w:t>RIR-05  Cable / enclosure condition and ends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168"/>
        <w:gridCol w:w="12312"/>
      </w:tblGrid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What to observe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Visible damage, contamination, open ends, identification and protection at exposed terminations.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How to check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Visually inspect accessible work and compare identification/protection to project requirements; no electrical testing implied.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Acceptance basis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No unresolved visible damage or identification issue remains for this extent.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Reference to verify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Approved project electrical specification, jurisdictional rules, drawings and controlled test/inspection plan; record exact revision/clause.</w:t>
            </w:r>
          </w:p>
        </w:tc>
      </w:tr>
      <w:tr>
        <w:tc>
          <w:tcPr>
            <w:tcW w:type="dxa" w:w="3168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Project criterion / actual approved document and revision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t>______________________________________________________________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6"/>
        <w:gridCol w:w="10944"/>
      </w:tblGrid>
      <w:tr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Record field</w:t>
            </w:r>
          </w:p>
        </w:tc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Actual value / reference</w:t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Cable / enclosure ID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Observed defect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Repair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Result / status (Pass / Fail / N/A / Pending)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Inspector name / role /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Evidence / photo / report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Issue / disposition / recheck evidence and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</w:tbl>
    <w:p>
      <w:pPr>
        <w:spacing w:after="40"/>
      </w:pPr>
      <w:r>
        <w:rPr>
          <w:rFonts w:ascii="Arial" w:hAnsi="Arial"/>
          <w:b w:val="0"/>
          <w:sz w:val="6"/>
        </w:rPr>
      </w:r>
    </w:p>
    <w:p>
      <w:r>
        <w:br w:type="page"/>
      </w:r>
    </w:p>
    <w:p>
      <w:pPr>
        <w:spacing w:after="40"/>
      </w:pPr>
      <w:r>
        <w:rPr>
          <w:rFonts w:ascii="Arial" w:hAnsi="Arial"/>
          <w:b/>
          <w:sz w:val="30"/>
        </w:rPr>
        <w:t>Inspection record</w:t>
      </w:r>
    </w:p>
    <w:p>
      <w:pPr>
        <w:spacing w:after="80"/>
      </w:pPr>
      <w:r>
        <w:rPr>
          <w:rFonts w:ascii="Arial" w:hAnsi="Arial"/>
          <w:b w:val="0"/>
          <w:sz w:val="18"/>
        </w:rPr>
        <w:t>Project: _____________________  Location / room / element: _____________________  Lot / area: _____________________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5538"/>
      </w:tblGrid>
      <w:tr>
        <w:tc>
          <w:tcPr>
            <w:tcW w:type="dxa" w:w="15538"/>
            <w:shd w:fill="EFF4F7"/>
          </w:tcPr>
          <w:p>
            <w:r>
              <w:rPr>
                <w:b/>
                <w:color w:val="17324D"/>
                <w:sz w:val="20"/>
              </w:rPr>
              <w:t>RIR-06  Concealment notice and evidence handover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168"/>
        <w:gridCol w:w="12312"/>
      </w:tblGrid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What to observe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Inspection request, witness requirement, open issues, photo coverage and authorised project release reference.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How to check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Reconcile notice and required witness with project inspection plan; record release evidence from assigned role.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Acceptance basis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Project-required pre-cover evidence and decisions are linked before concealment.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Reference to verify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Approved project electrical specification, jurisdictional rules, drawings and controlled test/inspection plan; record exact revision/clause.</w:t>
            </w:r>
          </w:p>
        </w:tc>
      </w:tr>
      <w:tr>
        <w:tc>
          <w:tcPr>
            <w:tcW w:type="dxa" w:w="3168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Project criterion / actual approved document and revision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t>______________________________________________________________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6"/>
        <w:gridCol w:w="10944"/>
      </w:tblGrid>
      <w:tr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Record field</w:t>
            </w:r>
          </w:p>
        </w:tc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Actual value / reference</w:t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Notice / witness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Open items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Release decision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Result / status (Pass / Fail / N/A / Pending)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Inspector name / role /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Evidence / photo / report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Issue / disposition / recheck evidence and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</w:tbl>
    <w:p>
      <w:pPr>
        <w:spacing w:after="40"/>
      </w:pPr>
      <w:r>
        <w:rPr>
          <w:rFonts w:ascii="Arial" w:hAnsi="Arial"/>
          <w:b w:val="0"/>
          <w:sz w:val="6"/>
        </w:rPr>
      </w:r>
    </w:p>
    <w:p>
      <w:r>
        <w:br w:type="page"/>
      </w:r>
    </w:p>
    <w:p>
      <w:pPr>
        <w:spacing w:after="60"/>
      </w:pPr>
      <w:r>
        <w:rPr>
          <w:rFonts w:ascii="Arial" w:hAnsi="Arial"/>
          <w:b/>
          <w:sz w:val="30"/>
        </w:rPr>
        <w:t>Electrical Rough-In Inspection Record event log</w:t>
      </w:r>
    </w:p>
    <w:p>
      <w:pPr>
        <w:spacing w:after="80"/>
      </w:pPr>
      <w:r>
        <w:rPr>
          <w:rFonts w:ascii="Arial" w:hAnsi="Arial"/>
          <w:b w:val="0"/>
          <w:sz w:val="17"/>
        </w:rPr>
        <w:t>Use one row per defined area/circuit/check event. Keep project criteria separate from actual observations and reported results. Preserve failed and superseded entries; link every decision to its authorised role and separate evidence. This log does not certify work or authorise connection.</w:t>
      </w:r>
    </w:p>
    <w:p>
      <w:pPr>
        <w:spacing w:after="40"/>
      </w:pPr>
      <w:r>
        <w:rPr>
          <w:rFonts w:ascii="Arial" w:hAnsi="Arial"/>
          <w:b w:val="0"/>
          <w:sz w:val="16"/>
        </w:rPr>
        <w:t>Project / contract: ______________________________    Element / pour / lot: ______________________________    Date / shift: ____________________</w:t>
      </w:r>
    </w:p>
    <w:p>
      <w:pPr>
        <w:spacing w:after="80"/>
      </w:pPr>
      <w:r>
        <w:rPr>
          <w:rFonts w:ascii="Arial" w:hAnsi="Arial"/>
          <w:b w:val="0"/>
          <w:sz w:val="16"/>
        </w:rPr>
        <w:t>Location / area: ______________________________    Record reference / revision: ______________________________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554"/>
        <w:gridCol w:w="1554"/>
        <w:gridCol w:w="1554"/>
        <w:gridCol w:w="1554"/>
        <w:gridCol w:w="1554"/>
        <w:gridCol w:w="1554"/>
        <w:gridCol w:w="1554"/>
        <w:gridCol w:w="1554"/>
        <w:gridCol w:w="1554"/>
        <w:gridCol w:w="1554"/>
      </w:tblGrid>
      <w:tr>
        <w:trPr>
          <w:trHeight w:val="691" w:hRule="atLeast"/>
          <w:tblHeader w:val="true"/>
          <w:cantSplit/>
        </w:trPr>
        <w:tc>
          <w:tcPr>
            <w:tcW w:type="dxa" w:w="1120"/>
            <w:vAlign w:val="center"/>
            <w:shd w:fill="167C80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4"/>
              </w:rPr>
              <w:t>Date / event</w:t>
            </w:r>
          </w:p>
        </w:tc>
        <w:tc>
          <w:tcPr>
            <w:tcW w:type="dxa" w:w="1436"/>
            <w:vAlign w:val="center"/>
            <w:shd w:fill="167C80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4"/>
              </w:rPr>
              <w:t>Area / board / circuit</w:t>
            </w:r>
          </w:p>
        </w:tc>
        <w:tc>
          <w:tcPr>
            <w:tcW w:type="dxa" w:w="1436"/>
            <w:vAlign w:val="center"/>
            <w:shd w:fill="167C80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4"/>
              </w:rPr>
              <w:t>Drawing / revision</w:t>
            </w:r>
          </w:p>
        </w:tc>
        <w:tc>
          <w:tcPr>
            <w:tcW w:type="dxa" w:w="1436"/>
            <w:vAlign w:val="center"/>
            <w:shd w:fill="167C80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4"/>
              </w:rPr>
              <w:t>Check / test category</w:t>
            </w:r>
          </w:p>
        </w:tc>
        <w:tc>
          <w:tcPr>
            <w:tcW w:type="dxa" w:w="2039"/>
            <w:vAlign w:val="center"/>
            <w:shd w:fill="167C80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4"/>
              </w:rPr>
              <w:t>Project method / criterion ref</w:t>
            </w:r>
          </w:p>
        </w:tc>
        <w:tc>
          <w:tcPr>
            <w:tcW w:type="dxa" w:w="2039"/>
            <w:vAlign w:val="center"/>
            <w:shd w:fill="167C80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4"/>
              </w:rPr>
              <w:t>Actual result / unit or observation</w:t>
            </w:r>
          </w:p>
        </w:tc>
        <w:tc>
          <w:tcPr>
            <w:tcW w:type="dxa" w:w="1436"/>
            <w:vAlign w:val="center"/>
            <w:shd w:fill="167C80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4"/>
              </w:rPr>
              <w:t>Report / photo / NCR ref</w:t>
            </w:r>
          </w:p>
        </w:tc>
        <w:tc>
          <w:tcPr>
            <w:tcW w:type="dxa" w:w="2039"/>
            <w:vAlign w:val="center"/>
            <w:shd w:fill="167C80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4"/>
              </w:rPr>
              <w:t>Action / retest / disposition</w:t>
            </w:r>
          </w:p>
        </w:tc>
        <w:tc>
          <w:tcPr>
            <w:tcW w:type="dxa" w:w="1436"/>
            <w:vAlign w:val="center"/>
            <w:shd w:fill="167C80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4"/>
              </w:rPr>
              <w:t>Role / reviewer / authority ref</w:t>
            </w:r>
          </w:p>
        </w:tc>
        <w:tc>
          <w:tcPr>
            <w:tcW w:type="dxa" w:w="1120"/>
            <w:vAlign w:val="center"/>
            <w:shd w:fill="167C80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4"/>
              </w:rPr>
              <w:t>Status / handover ref</w:t>
            </w:r>
          </w:p>
        </w:tc>
      </w:tr>
      <w:tr>
        <w:trPr>
          <w:cantSplit/>
          <w:trHeight w:val="547" w:hRule="atLeast"/>
        </w:trPr>
        <w:tc>
          <w:tcPr>
            <w:tcW w:type="dxa" w:w="1120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3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3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3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039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039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3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039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3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120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</w:tr>
      <w:tr>
        <w:trPr>
          <w:cantSplit/>
          <w:trHeight w:val="547" w:hRule="atLeast"/>
        </w:trPr>
        <w:tc>
          <w:tcPr>
            <w:tcW w:type="dxa" w:w="1120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3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3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3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039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039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3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039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3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120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</w:tr>
      <w:tr>
        <w:trPr>
          <w:cantSplit/>
          <w:trHeight w:val="547" w:hRule="atLeast"/>
        </w:trPr>
        <w:tc>
          <w:tcPr>
            <w:tcW w:type="dxa" w:w="1120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3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3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3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039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039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3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039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3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120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</w:tr>
      <w:tr>
        <w:trPr>
          <w:cantSplit/>
          <w:trHeight w:val="547" w:hRule="atLeast"/>
        </w:trPr>
        <w:tc>
          <w:tcPr>
            <w:tcW w:type="dxa" w:w="1120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3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3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3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039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039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3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039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3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120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</w:tr>
      <w:tr>
        <w:trPr>
          <w:cantSplit/>
          <w:trHeight w:val="547" w:hRule="atLeast"/>
        </w:trPr>
        <w:tc>
          <w:tcPr>
            <w:tcW w:type="dxa" w:w="1120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3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3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3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039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039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3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039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3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120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</w:tr>
      <w:tr>
        <w:trPr>
          <w:cantSplit/>
          <w:trHeight w:val="547" w:hRule="atLeast"/>
        </w:trPr>
        <w:tc>
          <w:tcPr>
            <w:tcW w:type="dxa" w:w="1120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3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3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3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039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039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3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039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3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120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</w:tr>
      <w:tr>
        <w:trPr>
          <w:cantSplit/>
          <w:trHeight w:val="547" w:hRule="atLeast"/>
        </w:trPr>
        <w:tc>
          <w:tcPr>
            <w:tcW w:type="dxa" w:w="1120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3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3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3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039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039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3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039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3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120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</w:tr>
      <w:tr>
        <w:trPr>
          <w:cantSplit/>
          <w:trHeight w:val="547" w:hRule="atLeast"/>
        </w:trPr>
        <w:tc>
          <w:tcPr>
            <w:tcW w:type="dxa" w:w="1120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3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3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3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039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039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3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039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3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120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</w:tr>
      <w:tr>
        <w:trPr>
          <w:cantSplit/>
          <w:trHeight w:val="547" w:hRule="atLeast"/>
        </w:trPr>
        <w:tc>
          <w:tcPr>
            <w:tcW w:type="dxa" w:w="1120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3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3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3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039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039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3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039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3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120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</w:tr>
      <w:tr>
        <w:trPr>
          <w:cantSplit/>
          <w:trHeight w:val="547" w:hRule="atLeast"/>
        </w:trPr>
        <w:tc>
          <w:tcPr>
            <w:tcW w:type="dxa" w:w="1120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3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3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3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039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039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3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039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3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120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</w:tr>
    </w:tbl>
    <w:p>
      <w:r>
        <w:br w:type="page"/>
      </w:r>
    </w:p>
    <w:p>
      <w:pPr>
        <w:spacing w:after="60"/>
      </w:pPr>
      <w:r>
        <w:rPr>
          <w:rFonts w:ascii="Arial" w:hAnsi="Arial"/>
          <w:b/>
          <w:sz w:val="32"/>
        </w:rPr>
        <w:t>Issues and corrective action</w:t>
      </w:r>
    </w:p>
    <w:p>
      <w:pPr>
        <w:spacing w:after="100"/>
      </w:pPr>
      <w:r>
        <w:rPr>
          <w:rFonts w:ascii="Arial" w:hAnsi="Arial"/>
          <w:b w:val="0"/>
          <w:sz w:val="16"/>
        </w:rPr>
        <w:t>Project: _____________________  Location / room / element: _____________________  Inspection date: 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08"/>
        <w:gridCol w:w="3108"/>
        <w:gridCol w:w="3108"/>
        <w:gridCol w:w="3108"/>
        <w:gridCol w:w="3108"/>
      </w:tblGrid>
      <w:tr>
        <w:tc>
          <w:tcPr>
            <w:tcW w:type="dxa" w:w="3108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6"/>
              </w:rPr>
              <w:t>Item / date</w:t>
            </w:r>
          </w:p>
        </w:tc>
        <w:tc>
          <w:tcPr>
            <w:tcW w:type="dxa" w:w="3108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6"/>
              </w:rPr>
              <w:t>Issue and immediate action</w:t>
            </w:r>
          </w:p>
        </w:tc>
        <w:tc>
          <w:tcPr>
            <w:tcW w:type="dxa" w:w="3108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6"/>
              </w:rPr>
              <w:t>Disposition / corrective instruction</w:t>
            </w:r>
          </w:p>
        </w:tc>
        <w:tc>
          <w:tcPr>
            <w:tcW w:type="dxa" w:w="3108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6"/>
              </w:rPr>
              <w:t>Recheck evidence / date</w:t>
            </w:r>
          </w:p>
        </w:tc>
        <w:tc>
          <w:tcPr>
            <w:tcW w:type="dxa" w:w="3108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6"/>
              </w:rPr>
              <w:t>Responsible role / reference</w:t>
            </w:r>
          </w:p>
        </w:tc>
      </w:tr>
      <w:tr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</w:tr>
      <w:tr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</w:tr>
      <w:tr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</w:tr>
      <w:tr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</w:tr>
      <w:tr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</w:tr>
    </w:tbl>
    <w:p>
      <w:pPr>
        <w:spacing w:after="80"/>
      </w:pPr>
      <w:r>
        <w:rPr>
          <w:rFonts w:ascii="Arial" w:hAnsi="Arial"/>
          <w:b/>
          <w:sz w:val="16"/>
        </w:rPr>
        <w:t>Unresolved items: identify affected area, status, person notified, instruction / NCR reference and any condition before concealment or next work.</w:t>
      </w:r>
    </w:p>
    <w:p>
      <w:r>
        <w:br w:type="page"/>
      </w:r>
    </w:p>
    <w:p>
      <w:pPr>
        <w:spacing w:after="60"/>
      </w:pPr>
      <w:r>
        <w:rPr>
          <w:rFonts w:ascii="Arial" w:hAnsi="Arial"/>
          <w:b/>
          <w:sz w:val="32"/>
        </w:rPr>
        <w:t>Electrical work evidence handover</w:t>
      </w:r>
    </w:p>
    <w:p>
      <w:pPr>
        <w:spacing w:after="80"/>
      </w:pPr>
      <w:r>
        <w:rPr>
          <w:rFonts w:ascii="Arial" w:hAnsi="Arial"/>
          <w:b w:val="0"/>
          <w:sz w:val="18"/>
        </w:rPr>
        <w:t>Project: _____________________  Location / room / element: _____________________  Date: _____________________</w:t>
      </w:r>
    </w:p>
    <w:p>
      <w:pPr>
        <w:spacing w:after="40"/>
      </w:pPr>
      <w:r>
        <w:rPr>
          <w:rFonts w:ascii="Arial" w:hAnsi="Arial"/>
          <w:b/>
          <w:sz w:val="20"/>
        </w:rPr>
        <w:t>Record evidence status</w:t>
      </w:r>
    </w:p>
    <w:p>
      <w:pPr>
        <w:spacing w:after="80"/>
      </w:pPr>
      <w:r>
        <w:rPr>
          <w:rFonts w:ascii="Arial" w:hAnsi="Arial"/>
          <w:b w:val="0"/>
          <w:sz w:val="18"/>
        </w:rPr>
        <w:t>[  ] Evidence linked for assigned reviewer</w:t>
      </w:r>
    </w:p>
    <w:p>
      <w:pPr>
        <w:spacing w:after="80"/>
      </w:pPr>
      <w:r>
        <w:rPr>
          <w:rFonts w:ascii="Arial" w:hAnsi="Arial"/>
          <w:b w:val="0"/>
          <w:sz w:val="18"/>
        </w:rPr>
        <w:t>[  ] Defect / required test / report remains open</w:t>
      </w:r>
    </w:p>
    <w:p>
      <w:pPr>
        <w:spacing w:after="80"/>
      </w:pPr>
      <w:r>
        <w:rPr>
          <w:rFonts w:ascii="Arial" w:hAnsi="Arial"/>
          <w:b w:val="0"/>
          <w:sz w:val="18"/>
        </w:rPr>
        <w:t>[  ] Separate statutory, inspector, network or project decision required</w:t>
      </w:r>
    </w:p>
    <w:p>
      <w:pPr>
        <w:spacing w:after="100"/>
      </w:pPr>
      <w:r>
        <w:rPr>
          <w:rFonts w:ascii="Arial" w:hAnsi="Arial"/>
          <w:b w:val="0"/>
          <w:sz w:val="18"/>
        </w:rPr>
        <w:t>This field record preserves inspection and document references. It is not a statutory certificate, test certification, inspector sign-off, project release or authority to connect/energise.</w:t>
      </w:r>
    </w:p>
    <w:p>
      <w:pPr>
        <w:spacing w:after="20"/>
      </w:pPr>
      <w:r>
        <w:rPr>
          <w:rFonts w:ascii="Arial" w:hAnsi="Arial"/>
          <w:b/>
          <w:sz w:val="20"/>
        </w:rPr>
        <w:t>Handover roles and references</w:t>
      </w:r>
    </w:p>
    <w:p>
      <w:pPr>
        <w:spacing w:after="100"/>
      </w:pPr>
      <w:r>
        <w:rPr>
          <w:rFonts w:ascii="Arial" w:hAnsi="Arial"/>
          <w:b w:val="0"/>
          <w:sz w:val="18"/>
        </w:rPr>
        <w:t>Installer / authorised electrical worker / scope and date  ______________________________________________</w:t>
      </w:r>
    </w:p>
    <w:p>
      <w:pPr>
        <w:spacing w:after="100"/>
      </w:pPr>
      <w:r>
        <w:rPr>
          <w:rFonts w:ascii="Arial" w:hAnsi="Arial"/>
          <w:b w:val="0"/>
          <w:sz w:val="18"/>
        </w:rPr>
        <w:t>Field recorder / role / evidence reference  ______________________________________________</w:t>
      </w:r>
    </w:p>
    <w:p>
      <w:pPr>
        <w:spacing w:after="100"/>
      </w:pPr>
      <w:r>
        <w:rPr>
          <w:rFonts w:ascii="Arial" w:hAnsi="Arial"/>
          <w:b w:val="0"/>
          <w:sz w:val="18"/>
        </w:rPr>
        <w:t>Electrical contractor responsible person / licence or authorisation ref  ______________________________________________</w:t>
      </w:r>
    </w:p>
    <w:p>
      <w:pPr>
        <w:spacing w:after="100"/>
      </w:pPr>
      <w:r>
        <w:rPr>
          <w:rFonts w:ascii="Arial" w:hAnsi="Arial"/>
          <w:b w:val="0"/>
          <w:sz w:val="18"/>
        </w:rPr>
        <w:t>Inspector / regulator / network approval reference where applicable  ______________________________________________</w:t>
      </w:r>
    </w:p>
    <w:p>
      <w:pPr>
        <w:spacing w:after="100"/>
      </w:pPr>
      <w:r>
        <w:rPr>
          <w:rFonts w:ascii="Arial" w:hAnsi="Arial"/>
          <w:b w:val="0"/>
          <w:sz w:val="18"/>
        </w:rPr>
        <w:t>Project reviewer / disposition reference  ______________________________________________</w:t>
      </w:r>
    </w:p>
    <w:p>
      <w:pPr>
        <w:spacing w:after="100"/>
      </w:pPr>
      <w:r>
        <w:rPr>
          <w:rFonts w:ascii="Arial" w:hAnsi="Arial"/>
          <w:b w:val="0"/>
          <w:sz w:val="18"/>
        </w:rPr>
        <w:t>Open defects / retest / as-built references  ______________________________________________</w:t>
      </w:r>
    </w:p>
    <w:p>
      <w:pPr>
        <w:spacing w:after="0"/>
      </w:pPr>
      <w:r>
        <w:rPr>
          <w:rFonts w:ascii="Arial" w:hAnsi="Arial"/>
          <w:b w:val="0"/>
          <w:sz w:val="18"/>
        </w:rPr>
        <w:t>Signatures record the named person’s stated role and entry only. They do not by themselves approve design, certify compliance, release a contractual control point or authorize the next activity.</w:t>
      </w:r>
    </w:p>
    <w:p>
      <w:r>
        <w:br w:type="page"/>
      </w:r>
    </w:p>
    <w:p>
      <w:pPr>
        <w:spacing w:after="80"/>
      </w:pPr>
      <w:r>
        <w:rPr>
          <w:rFonts w:ascii="Arial" w:hAnsi="Arial"/>
          <w:b/>
          <w:sz w:val="34"/>
        </w:rPr>
        <w:t>Source notes</w:t>
      </w:r>
    </w:p>
    <w:p>
      <w:pPr>
        <w:spacing w:after="160"/>
      </w:pPr>
      <w:r>
        <w:rPr>
          <w:rFonts w:ascii="Arial" w:hAnsi="Arial"/>
          <w:b w:val="0"/>
          <w:sz w:val="18"/>
        </w:rPr>
        <w:t>These references explain topic and record design. They do not supply universal project acceptance values. Confirm the contract documents, applicable jurisdiction and approved product/system before use.</w:t>
      </w:r>
    </w:p>
    <w:p>
      <w:pPr>
        <w:spacing w:after="20"/>
      </w:pPr>
      <w:r>
        <w:rPr>
          <w:rFonts w:ascii="Arial" w:hAnsi="Arial"/>
          <w:b/>
          <w:sz w:val="20"/>
        </w:rPr>
        <w:t>Queensland Electrical Safety Office, Guidelines for testing low voltage electrical installations (2026)</w:t>
      </w:r>
    </w:p>
    <w:p>
      <w:pPr>
        <w:spacing w:after="20"/>
      </w:pPr>
      <w:r>
        <w:rPr>
          <w:rFonts w:ascii="Arial" w:hAnsi="Arial"/>
          <w:b w:val="0"/>
          <w:sz w:val="18"/>
        </w:rPr>
        <w:t>Role: Queensland technical guidance; it does not set project criteria or authorise unqualified persons to test.</w:t>
      </w:r>
    </w:p>
    <w:p>
      <w:pPr>
        <w:spacing w:after="20"/>
      </w:pPr>
      <w:r>
        <w:rPr>
          <w:rFonts w:ascii="Arial" w:hAnsi="Arial"/>
          <w:b w:val="0"/>
          <w:sz w:val="18"/>
        </w:rPr>
        <w:t>Locator: 2026 guide, visual inspection before mandatory tests and verification sections. Used for evidence categories and sequence context only.</w:t>
      </w:r>
    </w:p>
    <w:p>
      <w:pPr>
        <w:spacing w:after="100"/>
      </w:pPr>
      <w:r>
        <w:rPr>
          <w:rFonts w:ascii="Arial" w:hAnsi="Arial"/>
          <w:b w:val="0"/>
          <w:sz w:val="18"/>
        </w:rPr>
        <w:t>Source URL: https://www.worksafe.qld.gov.au/__data/assets/pdf_file/0026/158525/guide-for-testing-low-voltage-electrical-installations.pdf</w:t>
      </w:r>
    </w:p>
    <w:p>
      <w:pPr>
        <w:spacing w:after="20"/>
      </w:pPr>
      <w:r>
        <w:rPr>
          <w:rFonts w:ascii="Arial" w:hAnsi="Arial"/>
          <w:b/>
          <w:sz w:val="20"/>
        </w:rPr>
        <w:t>WorkSafe Queensland, Electrical safety in the construction industry</w:t>
      </w:r>
    </w:p>
    <w:p>
      <w:pPr>
        <w:spacing w:after="20"/>
      </w:pPr>
      <w:r>
        <w:rPr>
          <w:rFonts w:ascii="Arial" w:hAnsi="Arial"/>
          <w:b w:val="0"/>
          <w:sz w:val="18"/>
        </w:rPr>
        <w:t>Role: Queensland jurisdictional guidance informing role and construction context.</w:t>
      </w:r>
    </w:p>
    <w:p>
      <w:pPr>
        <w:spacing w:after="20"/>
      </w:pPr>
      <w:r>
        <w:rPr>
          <w:rFonts w:ascii="Arial" w:hAnsi="Arial"/>
          <w:b w:val="0"/>
          <w:sz w:val="18"/>
        </w:rPr>
        <w:t>Locator: Construction electrical safety: electrical work by licensed/authorised persons; construction wiring inspection/testing by a qualified person before use.</w:t>
      </w:r>
    </w:p>
    <w:p>
      <w:pPr>
        <w:spacing w:after="100"/>
      </w:pPr>
      <w:r>
        <w:rPr>
          <w:rFonts w:ascii="Arial" w:hAnsi="Arial"/>
          <w:b w:val="0"/>
          <w:sz w:val="18"/>
        </w:rPr>
        <w:t>Source URL: https://www.worksafe.qld.gov.au/safety-and-prevention/hazards/electricity/industry-specific-electrical-hazards/electrical-safety-in-the-construction-industry</w:t>
      </w:r>
    </w:p>
    <w:p>
      <w:pPr>
        <w:spacing w:after="20"/>
      </w:pPr>
      <w:r>
        <w:rPr>
          <w:rFonts w:ascii="Arial" w:hAnsi="Arial"/>
          <w:b/>
          <w:sz w:val="20"/>
        </w:rPr>
        <w:t>WorkSafe Queensland, Issuing certificates of compliance</w:t>
      </w:r>
    </w:p>
    <w:p>
      <w:pPr>
        <w:spacing w:after="20"/>
      </w:pPr>
      <w:r>
        <w:rPr>
          <w:rFonts w:ascii="Arial" w:hAnsi="Arial"/>
          <w:b w:val="0"/>
          <w:sz w:val="18"/>
        </w:rPr>
        <w:t>Role: State-specific statutory certificate context. This record is expressly not that certificate.</w:t>
      </w:r>
    </w:p>
    <w:p>
      <w:pPr>
        <w:spacing w:after="20"/>
      </w:pPr>
      <w:r>
        <w:rPr>
          <w:rFonts w:ascii="Arial" w:hAnsi="Arial"/>
          <w:b w:val="0"/>
          <w:sz w:val="18"/>
        </w:rPr>
        <w:t>Locator: Certificate of testing and compliance requirements for installation work and responsible issuer under Queensland rules.</w:t>
      </w:r>
    </w:p>
    <w:p>
      <w:pPr>
        <w:spacing w:after="100"/>
      </w:pPr>
      <w:r>
        <w:rPr>
          <w:rFonts w:ascii="Arial" w:hAnsi="Arial"/>
          <w:b w:val="0"/>
          <w:sz w:val="18"/>
        </w:rPr>
        <w:t>Source URL: https://www.worksafe.qld.gov.au/laws-and-compliance/electrical-safety-laws/issuing-certificates-of-compliance</w:t>
      </w:r>
    </w:p>
    <w:p>
      <w:pPr>
        <w:spacing w:after="20"/>
      </w:pPr>
      <w:r>
        <w:rPr>
          <w:rFonts w:ascii="Arial" w:hAnsi="Arial"/>
          <w:b/>
          <w:sz w:val="20"/>
        </w:rPr>
        <w:t>Energy Safe Victoria, Electrical installation FAQ</w:t>
      </w:r>
    </w:p>
    <w:p>
      <w:pPr>
        <w:spacing w:after="20"/>
      </w:pPr>
      <w:r>
        <w:rPr>
          <w:rFonts w:ascii="Arial" w:hAnsi="Arial"/>
          <w:b w:val="0"/>
          <w:sz w:val="18"/>
        </w:rPr>
        <w:t>Role: Victoria-specific process example, subject to jurisdiction and work classification.</w:t>
      </w:r>
    </w:p>
    <w:p>
      <w:pPr>
        <w:spacing w:after="20"/>
      </w:pPr>
      <w:r>
        <w:rPr>
          <w:rFonts w:ascii="Arial" w:hAnsi="Arial"/>
          <w:b w:val="0"/>
          <w:sz w:val="18"/>
        </w:rPr>
        <w:t>Locator: Testing and inspection; prescribed work inspection before connection, including main switchboard example.</w:t>
      </w:r>
    </w:p>
    <w:p>
      <w:pPr>
        <w:spacing w:after="100"/>
      </w:pPr>
      <w:r>
        <w:rPr>
          <w:rFonts w:ascii="Arial" w:hAnsi="Arial"/>
          <w:b w:val="0"/>
          <w:sz w:val="18"/>
        </w:rPr>
        <w:t>Source URL: https://www.energysafe.vic.gov.au/industry-guidance/electrical/frequently-asked-questions/electrical-installation</w:t>
      </w:r>
    </w:p>
    <w:p>
      <w:pPr>
        <w:spacing w:after="20"/>
      </w:pPr>
      <w:r>
        <w:rPr>
          <w:rFonts w:ascii="Arial" w:hAnsi="Arial"/>
          <w:b/>
          <w:sz w:val="20"/>
        </w:rPr>
        <w:t>Energy Safe Victoria, Prescribed and non-prescribed work</w:t>
      </w:r>
    </w:p>
    <w:p>
      <w:pPr>
        <w:spacing w:after="20"/>
      </w:pPr>
      <w:r>
        <w:rPr>
          <w:rFonts w:ascii="Arial" w:hAnsi="Arial"/>
          <w:b w:val="0"/>
          <w:sz w:val="18"/>
        </w:rPr>
        <w:t>Role: Victoria-specific statutory boundary; not generalized to other jurisdictions.</w:t>
      </w:r>
    </w:p>
    <w:p>
      <w:pPr>
        <w:spacing w:after="20"/>
      </w:pPr>
      <w:r>
        <w:rPr>
          <w:rFonts w:ascii="Arial" w:hAnsi="Arial"/>
          <w:b w:val="0"/>
          <w:sz w:val="18"/>
        </w:rPr>
        <w:t>Locator: Prescribed installation work inspection, including consumer mains, main earthing and relevant main switchboard components.</w:t>
      </w:r>
    </w:p>
    <w:p>
      <w:pPr>
        <w:spacing w:after="100"/>
      </w:pPr>
      <w:r>
        <w:rPr>
          <w:rFonts w:ascii="Arial" w:hAnsi="Arial"/>
          <w:b w:val="0"/>
          <w:sz w:val="18"/>
        </w:rPr>
        <w:t>Source URL: https://www.energysafe.vic.gov.au/certificates-electrical-safety/obligations-and-guidelines/prescribed-and-non-prescribed-work</w:t>
      </w:r>
    </w:p>
    <w:sectPr w:rsidR="00FC693F" w:rsidRPr="0006063C" w:rsidSect="00034616">
      <w:headerReference w:type="default" r:id="rId9"/>
      <w:footerReference w:type="default" r:id="rId10"/>
      <w:pgSz w:w="16834" w:h="11909" w:orient="landscape"/>
      <w:pgMar w:top="792" w:right="648" w:bottom="691" w:left="64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167C80"/>
        <w:sz w:val="14"/>
      </w:rPr>
      <w:t xml:space="preserve">https://itp.cavoren.net/checklists/electrical-rough-in/  |  Project: __________________________  |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/>
        <w:b/>
        <w:color w:val="167C80"/>
        <w:sz w:val="16"/>
      </w:rPr>
      <w:t>CAVOREN  |  FIELD RECORD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23303C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