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concrete-itp-template | Inspection and Test Plan</w:t>
      </w:r>
    </w:p>
    <w:p>
      <w:pPr>
        <w:spacing w:after="100"/>
      </w:pPr>
      <w:r>
        <w:t>[Fill: project name] | Cast-in-place concrete inspection and test plan template — free editable baseline | [Fill: Australian state/territory] | Rev 00 | 2026-10-06 | For review</w:t>
      </w:r>
    </w:p>
    <w:p>
      <w:pPr>
        <w:spacing w:after="160"/>
      </w:pPr>
      <w:r>
        <w:rPr>
          <w:sz w:val="16"/>
        </w:rPr>
        <w:t>Contractor: [Fill: contractor]    Client: [Fill: client]</w:t>
        <w:br/>
        <w:t>Scope: Reusable baseline for cast-in-place reinforced or plain concrete elements: footings, slabs, walls, beams and similar work. Confirm scope, concrete type, project criteria and whether the client requires a separate form. Excludes precast manufacture, prestressing, shotcrete, piles and specialist repair unless expressly added. This is a free, editable, proposed baseline and is not tailored to a project, approved by a client, or evidence of completed inspection. Before use, complete the scope questions and bracketed fields, confirm every criterion and control against current project documents, and remove non-applicable rows.</w:t>
        <w:br/>
        <w:t>Exclusions: Confirm exclusions for this project; use the scope notes above.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 w:val="true"/>
        </w:trPr>
        <w:tc>
          <w:tcPr>
            <w:tcW w:type="dxa" w:w="792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Stage</w:t>
            </w:r>
          </w:p>
        </w:tc>
        <w:tc>
          <w:tcPr>
            <w:tcW w:type="dxa" w:w="194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Inspection / test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Method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Acceptance requirement</w:t>
            </w:r>
          </w:p>
        </w:tc>
        <w:tc>
          <w:tcPr>
            <w:tcW w:type="dxa" w:w="1613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Reference</w:t>
            </w:r>
          </w:p>
        </w:tc>
        <w:tc>
          <w:tcPr>
            <w:tcW w:type="dxa" w:w="1152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Frequency</w:t>
            </w:r>
          </w:p>
        </w:tc>
        <w:tc>
          <w:tcPr>
            <w:tcW w:type="dxa" w:w="129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Responsible role</w:t>
            </w:r>
          </w:p>
        </w:tc>
        <w:tc>
          <w:tcPr>
            <w:tcW w:type="dxa" w:w="57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Point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Approval / witness party</w:t>
            </w:r>
          </w:p>
        </w:tc>
        <w:tc>
          <w:tcPr>
            <w:tcW w:type="dxa" w:w="1613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Notice / release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Record</w:t>
            </w:r>
          </w:p>
        </w:tc>
        <w:tc>
          <w:tcPr>
            <w:tcW w:type="dxa" w:w="1555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CON-01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Planning and submittals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Confirm scope, concrete element, drawings, specifications, approved mix and test plan are identified.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current approved document register and pour schedule.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For [Fill: Element / pour], current approved [Fill: Approved drawing/revision], [Fill: Mix design reference], specified [Fill: Specified class/strength] and [Fill: Project fresh/hardened test methods, frequency and acceptance] are available and consistent; list unresolved conflicts before work.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Before ordering or starting the pour.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Concrete submittal and document review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CON-02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Set-out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element location, levels, dimensions and reference marks before formwork close-up.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Survey or measure against approved drawings and established control marks.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Location, dimensions and levels match [Fill: Approved drawings and revisions] and [Fill: Project dimensional criteria]; record each deviation for disposition.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pour / element before reinforcement or closure.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Concrete set-out check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CON-03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Founding / substrate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exposed founding surface or substrate is the specified type, level and condition before placing concrete.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inspection; compare geotechnical/design release and drawing; request geotechnical or design review where specified.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Founding/substrate corresponds to [Fill: Founding / substrate requirement] and any required geotechnical release is recorded; unsuitable or changed conditions are referred for instruction.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footing, pour area or changed founding condition before blinding / placement.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Founding release and pre-pour checklist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CON-04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Formwork and falsework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formwork dimensions, line, level, support, cleanliness, tightness, release agent and access.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and dimensional inspection against drawings and approved temporary-works design/checks.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Formwork matches [Fill: Formwork and temporary-works criteria]; supports/bracing and any required temporary-works release are documented; forms are clean and do not obstruct reinforcement or embeds.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form before reinforcement inspection / pour release.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Formwork / falsework inspection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CON-05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Reinforcement materials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reinforcement product identification, grade, size and traceability before fixing.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tags, delivery documents and material certificates against bar schedule and approved drawings.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Each reinforcement type and size is identifiable and matches [Fill: Reinforcement schedule criteria]; retain certificates / traceability evidence required by project.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delivery/type before installation.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Reinforcement material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CON-06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Reinforcement installation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bar position, spacing, laps, anchorage, cover supports and congestion against structural details.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inspection and measurement before concrete placement.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Reinforcement arrangement matches [Fill: Bar arrangement criteria] and cover requirement [Fill: Specified cover]; resolve clashes or deviations through design instruction before pour.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element / pour before concrete placement.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Reinforcement inspection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CON-07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Cast-in items and joints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cast-in plates, bolts, sleeves, conduits, waterstops, construction joints and isolation joints.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Compare location, type and fixing against approved coordination/structural details; measure critical set-out.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Installed items and joint preparation match [Fill: Embedment / joint detail references]; all required items are secured and remain clear for placement.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element before form closure / concrete placement.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Cast-in item and joint checklist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CON-08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Pre-pour release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Confirm prerequisites are complete and the pour area is ready; record the actual release decision.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Complete pre-pour checklist covering formwork, reinforcement, embeds, cleanliness, access, weather/contingency and required approvals.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All applicable checks CON-02 to CON-07 are accepted or have an approved disposition; required project release evidence [Fill: Required pre-pour release roles / documents] is recorded before placement.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pour before truck discharge / placement.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Signed pre-pour inspection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CON-09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Concrete delivery and batch identity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each delivery docket and identify the supplied mix, batch, quantity and arrival/discharge times.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docket at receipt and reconcile mix ID against approved order and pour location.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Docket identifies the approved [Fill: Approved mix ID] and required batch details; mismatches, unauthorised additions or incomplete traceability are recorded and referred before use.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Every truck / batch.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Concrete delivery and placement log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CON-10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Fresh concrete checks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Perform specified fresh concrete tests and sampling and identify specimens to the relevant pour/batch.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Use project-nominated test method, equipment and competent tester; label specimens with sample, batch and element IDs.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Results meet the project values in [Fill: Fresh concrete methods / limits / frequency]; sample rate, test method, acceptance and any rejection authority come from project documents, not this template.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At the project-defined frequency for each pour/batch.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Fresh concrete test and sample register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CON-11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Placement and consolidation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Observe placement sequence, discharge location, continuity, segregation, consolidation and construction-joint treatment.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Site observation during placement; note interruptions, method and corrective action.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Placement follows [Fill: Approved placement / joint method] and approved method; no visible segregation, displacement of reinforcement/embeds or unapproved joint is left unresolved.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Continuously during each pour or at documented inspection intervals.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Concrete placement log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CON-12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Finishing and surface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finish, falls, edges, joints and surface condition against drawings and finish schedule.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and dimensional checks with straightedge/level or survey method stated by project.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Finish, falls and joints meet [Fill: Finish / fall criteria]; surface defects are recorded and receive an approved disposition before concealment.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finished area before protection / handover.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Concrete finish inspection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CON-13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Curing and protection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Start and maintain specified curing and protect concrete from weather, early loading, impact and contamination.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Record curing method, start/end, interruptions and protection measures.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Curing follows [Fill: Curing method / duration] for the specified period/conditions; loading, stripping and exposure restrictions follow project/design instructions.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Start after finishing when permitted; monitor at project-defined intervals until release.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Curing and protection log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CON-14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Strength specimen results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Track laboratory reports for specimens to their concrete batch, element, test age and specified strength.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lab report identity, method, curing/custody details and results against project criteria; refer adverse or missing results.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Specimen traceability is complete and results satisfy [Fill: Specified strength and acceptance] at required test age; any nonconformance receives engineer/project disposition before dependent work.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On receipt of each specified test report.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Concrete strength test register and lab reports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CON-15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Strip, survey, defects and closeout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approved stripping/loading status, finished geometry and defect/repair disposition; compile records.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release instructions, survey/measure against drawings, inspect defects and close out records/NCRs.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No stripping or loading before [Fill: Stripping / loading release]; dimensions comply with [Fill: Final geometry criteria]; defects/repairs have recorded approved dispositions and required test records are filed.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Before form removal where restricted, before follow-on concealment and at package completion.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Concrete completion, survey and defect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</w:tbl>
    <w:p>
      <w:pPr>
        <w:spacing w:after="20"/>
      </w:pPr>
    </w:p>
    <w:p>
      <w:pPr>
        <w:pStyle w:val="Heading2"/>
      </w:pPr>
      <w:r>
        <w:t>Inspection point key</w:t>
      </w:r>
    </w:p>
    <w:p>
      <w:r>
        <w:t>Inspection point key: H = Proposed Hold Point - use only if assigned in the contract | W = Proposed Witness Point - use only if assigned in the contract | R = Proposed Review | S = Proposed Surveillance | TBC = To be confirmed | N/A = Not applicable. External H/W rights and whether work may proceed are governed by the project contract and approved process; proposed points require agreement.</w:t>
      </w:r>
    </w:p>
    <w:p>
      <w:r>
        <w:br w:type="page"/>
      </w:r>
    </w:p>
    <w:p>
      <w:pPr>
        <w:pStyle w:val="Title"/>
      </w:pPr>
      <w:r>
        <w:t>Blank Inspection Record Forms</w:t>
      </w:r>
    </w:p>
    <w:p>
      <w:r>
        <w:t>[Fill: project name] | concrete-itp-template | Record actual observations during the work. No results or signatures are pre-filled.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3176"/>
        <w:gridCol w:w="3176"/>
        <w:gridCol w:w="3176"/>
        <w:gridCol w:w="3176"/>
        <w:gridCol w:w="3176"/>
        <w:gridCol w:w="3176"/>
        <w:gridCol w:w="3176"/>
      </w:tblGrid>
      <w:tr>
        <w:trPr>
          <w:tblHeader w:val="true"/>
        </w:trPr>
        <w:tc>
          <w:tcPr>
            <w:tcW w:type="dxa" w:w="18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ITP ID / Stage</w:t>
            </w:r>
          </w:p>
        </w:tc>
        <w:tc>
          <w:tcPr>
            <w:tcW w:type="dxa" w:w="612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Inspection / method / acceptance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Location / lot</w:t>
            </w:r>
          </w:p>
        </w:tc>
        <w:tc>
          <w:tcPr>
            <w:tcW w:type="dxa" w:w="18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Date and result</w:t>
            </w:r>
          </w:p>
        </w:tc>
        <w:tc>
          <w:tcPr>
            <w:tcW w:type="dxa" w:w="201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Evidence / record ref.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Performed by / signature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Reviewed by / signature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CON-01 | Planning and submittals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Confirm scope, concrete element, drawings, specifications, approved mix and test plan are identified.</w:t>
              <w:br/>
              <w:t>Method: Proposed: baseline — Review current approved document register and pour schedule.</w:t>
              <w:br/>
              <w:t>Accept when: Proposed: baseline — For [Fill: Element / pour], current approved [Fill: Approved drawing/revision], [Fill: Mix design reference], specified [Fill: Specified class/strength] and [Fill: Project fresh/hardened test methods, frequency and acceptance] are available and consistent; list unresolved conflicts before work.</w:t>
              <w:br/>
              <w:t>Record: Concrete submittal and document review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Document title / number: __________</w:t>
              <w:br/>
              <w:t>Revision / issue date: __________</w:t>
              <w:br/>
              <w:t>Conflict / missing input: __________</w:t>
              <w:br/>
              <w:t>Approval / submission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CON-02 | Set-out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element location, levels, dimensions and reference marks before formwork close-up.</w:t>
              <w:br/>
              <w:t>Method: Proposed: baseline — Survey or measure against approved drawings and established control marks.</w:t>
              <w:br/>
              <w:t>Accept when: Proposed: baseline — Location, dimensions and levels match [Fill: Approved drawings and revisions] and [Fill: Project dimensional criteria]; record each deviation for disposition.</w:t>
              <w:br/>
              <w:t>Record: Concrete set-out check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Location / grid: __________</w:t>
              <w:br/>
              <w:t>Measured level: __________</w:t>
              <w:br/>
              <w:t>Measured dimension (mm): __________</w:t>
              <w:br/>
              <w:t>Deviation / disposition: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CON-03 | Founding / substrate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exposed founding surface or substrate is the specified type, level and condition before placing concrete.</w:t>
              <w:br/>
              <w:t>Method: Proposed: baseline — Visual inspection; compare geotechnical/design release and drawing; request geotechnical or design review where specified.</w:t>
              <w:br/>
              <w:t>Accept when: Proposed: baseline — Founding/substrate corresponds to [Fill: Founding / substrate requirement] and any required geotechnical release is recorded; unsuitable or changed conditions are referred for instruction.</w:t>
              <w:br/>
              <w:t>Record: Founding release and pre-pour checklist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Grid / area: __________</w:t>
              <w:br/>
              <w:t>Founding level: __________</w:t>
              <w:br/>
              <w:t>Geotechnical / design release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CON-04 | Formwork and falsework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formwork dimensions, line, level, support, cleanliness, tightness, release agent and access.</w:t>
              <w:br/>
              <w:t>Method: Proposed: baseline — Visual and dimensional inspection against drawings and approved temporary-works design/checks.</w:t>
              <w:br/>
              <w:t>Accept when: Proposed: baseline — Formwork matches [Fill: Formwork and temporary-works criteria]; supports/bracing and any required temporary-works release are documented; forms are clean and do not obstruct reinforcement or embeds.</w:t>
              <w:br/>
              <w:t>Record: Formwork / falsework inspection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Line / level result: __________</w:t>
              <w:br/>
              <w:t>Dimensions checked: __________</w:t>
              <w:br/>
              <w:t>Temporary works release: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CON-05 | Reinforcement materials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reinforcement product identification, grade, size and traceability before fixing.</w:t>
              <w:br/>
              <w:t>Method: Proposed: baseline — Check tags, delivery documents and material certificates against bar schedule and approved drawings.</w:t>
              <w:br/>
              <w:t>Accept when: Proposed: baseline — Each reinforcement type and size is identifiable and matches [Fill: Reinforcement schedule criteria]; retain certificates / traceability evidence required by project.</w:t>
              <w:br/>
              <w:t>Record: Reinforcement material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Bar mark / type: __________</w:t>
              <w:br/>
              <w:t>Specified grade: __________</w:t>
              <w:br/>
              <w:t>Nominal diameter (mm): __________</w:t>
              <w:br/>
              <w:t>Certificate / docket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CON-06 | Reinforcement installation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bar position, spacing, laps, anchorage, cover supports and congestion against structural details.</w:t>
              <w:br/>
              <w:t>Method: Proposed: baseline — Visual inspection and measurement before concrete placement.</w:t>
              <w:br/>
              <w:t>Accept when: Proposed: baseline — Reinforcement arrangement matches [Fill: Bar arrangement criteria] and cover requirement [Fill: Specified cover]; resolve clashes or deviations through design instruction before pour.</w:t>
              <w:br/>
              <w:t>Record: Reinforcement inspection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Bar mark: __________</w:t>
              <w:br/>
              <w:t>Measured spacing (mm): __________</w:t>
              <w:br/>
              <w:t>Lap length (mm): __________</w:t>
              <w:br/>
              <w:t>Measured cover (mm):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CON-07 | Cast-in items and joints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cast-in plates, bolts, sleeves, conduits, waterstops, construction joints and isolation joints.</w:t>
              <w:br/>
              <w:t>Method: Proposed: baseline — Compare location, type and fixing against approved coordination/structural details; measure critical set-out.</w:t>
              <w:br/>
              <w:t>Accept when: Proposed: baseline — Installed items and joint preparation match [Fill: Embedment / joint detail references]; all required items are secured and remain clear for placement.</w:t>
              <w:br/>
              <w:t>Record: Cast-in item and joint checklist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Item / type: __________</w:t>
              <w:br/>
              <w:t>Grid / offset: __________</w:t>
              <w:br/>
              <w:t>Projection / level (mm):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CON-08 | Pre-pour release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Confirm prerequisites are complete and the pour area is ready; record the actual release decision.</w:t>
              <w:br/>
              <w:t>Method: Proposed: baseline — Complete pre-pour checklist covering formwork, reinforcement, embeds, cleanliness, access, weather/contingency and required approvals.</w:t>
              <w:br/>
              <w:t>Accept when: Proposed: baseline — All applicable checks CON-02 to CON-07 are accepted or have an approved disposition; required project release evidence [Fill: Required pre-pour release roles / documents] is recorded before placement.</w:t>
              <w:br/>
              <w:t>Record: Signed pre-pour inspection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Release date/time: __________</w:t>
              <w:br/>
              <w:t>Open items / disposition: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CON-09 | Concrete delivery and batch identity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each delivery docket and identify the supplied mix, batch, quantity and arrival/discharge times.</w:t>
              <w:br/>
              <w:t>Method: Proposed: baseline — Review docket at receipt and reconcile mix ID against approved order and pour location.</w:t>
              <w:br/>
              <w:t>Accept when: Proposed: baseline — Docket identifies the approved [Fill: Approved mix ID] and required batch details; mismatches, unauthorised additions or incomplete traceability are recorded and referred before use.</w:t>
              <w:br/>
              <w:t>Record: Concrete delivery and placement log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Truck / docket no.: __________</w:t>
              <w:br/>
              <w:t>Batch / mix ID: __________</w:t>
              <w:br/>
              <w:t>Quantity (m³): __________</w:t>
              <w:br/>
              <w:t>Arrival time: __________</w:t>
              <w:br/>
              <w:t>Discharge start/end: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CON-10 | Fresh concrete checks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Perform specified fresh concrete tests and sampling and identify specimens to the relevant pour/batch.</w:t>
              <w:br/>
              <w:t>Method: Proposed: baseline — Use project-nominated test method, equipment and competent tester; label specimens with sample, batch and element IDs.</w:t>
              <w:br/>
              <w:t>Accept when: Proposed: baseline — Results meet the project values in [Fill: Fresh concrete methods / limits / frequency]; sample rate, test method, acceptance and any rejection authority come from project documents, not this template.</w:t>
              <w:br/>
              <w:t>Record: Fresh concrete test and sample register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Sample ID: __________</w:t>
              <w:br/>
              <w:t>Slump / flow result (mm): __________</w:t>
              <w:br/>
              <w:t>Concrete temperature (°C): __________</w:t>
              <w:br/>
              <w:t>Air content (%): __________</w:t>
              <w:br/>
              <w:t>Method / equipment ID: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CON-11 | Placement and consolidation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Observe placement sequence, discharge location, continuity, segregation, consolidation and construction-joint treatment.</w:t>
              <w:br/>
              <w:t>Method: Proposed: baseline — Site observation during placement; note interruptions, method and corrective action.</w:t>
              <w:br/>
              <w:t>Accept when: Proposed: baseline — Placement follows [Fill: Approved placement / joint method] and approved method; no visible segregation, displacement of reinforcement/embeds or unapproved joint is left unresolved.</w:t>
              <w:br/>
              <w:t>Record: Concrete placement log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Zone / lift: __________</w:t>
              <w:br/>
              <w:t>Time: __________</w:t>
              <w:br/>
              <w:t>Interruption / duration: __________</w:t>
              <w:br/>
              <w:t>Corrective action: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CON-12 | Finishing and surface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finish, falls, edges, joints and surface condition against drawings and finish schedule.</w:t>
              <w:br/>
              <w:t>Method: Proposed: baseline — Visual and dimensional checks with straightedge/level or survey method stated by project.</w:t>
              <w:br/>
              <w:t>Accept when: Proposed: baseline — Finish, falls and joints meet [Fill: Finish / fall criteria]; surface defects are recorded and receive an approved disposition before concealment.</w:t>
              <w:br/>
              <w:t>Record: Concrete finish inspection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Area / grid: __________</w:t>
              <w:br/>
              <w:t>Measured fall: __________</w:t>
              <w:br/>
              <w:t>Defect / location: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CON-13 | Curing and protection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Start and maintain specified curing and protect concrete from weather, early loading, impact and contamination.</w:t>
              <w:br/>
              <w:t>Method: Proposed: baseline — Record curing method, start/end, interruptions and protection measures.</w:t>
              <w:br/>
              <w:t>Accept when: Proposed: baseline — Curing follows [Fill: Curing method / duration] for the specified period/conditions; loading, stripping and exposure restrictions follow project/design instructions.</w:t>
              <w:br/>
              <w:t>Record: Curing and protection log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Curing method: __________</w:t>
              <w:br/>
              <w:t>Start date/time: __________</w:t>
              <w:br/>
              <w:t>End date/time: __________</w:t>
              <w:br/>
              <w:t>Conditions / protection: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CON-14 | Strength specimen results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Track laboratory reports for specimens to their concrete batch, element, test age and specified strength.</w:t>
              <w:br/>
              <w:t>Method: Proposed: baseline — Review lab report identity, method, curing/custody details and results against project criteria; refer adverse or missing results.</w:t>
              <w:br/>
              <w:t>Accept when: Proposed: baseline — Specimen traceability is complete and results satisfy [Fill: Specified strength and acceptance] at required test age; any nonconformance receives engineer/project disposition before dependent work.</w:t>
              <w:br/>
              <w:t>Record: Concrete strength test register and lab reports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Sample ID: __________</w:t>
              <w:br/>
              <w:t>Batch ID: __________</w:t>
              <w:br/>
              <w:t>Test age (days): __________</w:t>
              <w:br/>
              <w:t>Strength result (MPa): __________</w:t>
              <w:br/>
              <w:t>Lab report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CON-15 | Strip, survey, defects and closeout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approved stripping/loading status, finished geometry and defect/repair disposition; compile records.</w:t>
              <w:br/>
              <w:t>Method: Proposed: baseline — Check release instructions, survey/measure against drawings, inspect defects and close out records/NCRs.</w:t>
              <w:br/>
              <w:t>Accept when: Proposed: baseline — No stripping or loading before [Fill: Stripping / loading release]; dimensions comply with [Fill: Final geometry criteria]; defects/repairs have recorded approved dispositions and required test records are filed.</w:t>
              <w:br/>
              <w:t>Record: Concrete completion, survey and defect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Element ID: __________</w:t>
              <w:br/>
              <w:t>Survey report: __________</w:t>
              <w:br/>
              <w:t>Defect / repair ref: __________</w:t>
              <w:br/>
              <w:t>Record pack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Title"/>
      </w:pPr>
      <w:r>
        <w:t>Source Register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4447"/>
        <w:gridCol w:w="4447"/>
        <w:gridCol w:w="4447"/>
        <w:gridCol w:w="4447"/>
        <w:gridCol w:w="4447"/>
      </w:tblGrid>
      <w:tr>
        <w:trPr>
          <w:tblHeader w:val="true"/>
        </w:trPr>
        <w:tc>
          <w:tcPr>
            <w:tcW w:type="dxa" w:w="144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Source ID</w:t>
            </w:r>
          </w:p>
        </w:tc>
        <w:tc>
          <w:tcPr>
            <w:tcW w:type="dxa" w:w="504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Title / filename</w:t>
            </w:r>
          </w:p>
        </w:tc>
        <w:tc>
          <w:tcPr>
            <w:tcW w:type="dxa" w:w="172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Revision</w:t>
            </w:r>
          </w:p>
        </w:tc>
        <w:tc>
          <w:tcPr>
            <w:tcW w:type="dxa" w:w="216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Type</w:t>
            </w:r>
          </w:p>
        </w:tc>
        <w:tc>
          <w:tcPr>
            <w:tcW w:type="dxa" w:w="72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Path / URL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NSW-QMG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NSW Government Quality Management Guidelines for Construction, Appendix D (ITP guidance)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https://www.info.buy.nsw.gov.au/resources/construction/quality-management-guidelines-for-construction</w:t>
            </w:r>
          </w:p>
        </w:tc>
      </w:tr>
      <w:tr>
        <w:tc>
          <w:tcPr>
            <w:tcW w:type="dxa" w:w="14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TMR-MRTS70</w:t>
            </w:r>
          </w:p>
        </w:tc>
        <w:tc>
          <w:tcPr>
            <w:tcW w:type="dxa" w:w="50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Queensland TMR MRTS70 Concrete (July 2022)</w:t>
            </w:r>
          </w:p>
        </w:tc>
        <w:tc>
          <w:tcPr>
            <w:tcW w:type="dxa" w:w="172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https://www.tmr.qld.gov.au/_/media/busind/techstdpubs/specifications-and-drawings/specifications/2-bridges-and-structures/mrts70.pdf?extension=pdf&amp;hash=BD4A48371C386F32622F6862572AA56A&amp;rev=24517261eac44ddb86310c7980172050&amp;sc_lang=en&amp;size=1730809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HUTCHIES-SUITE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Hutchinson Builders, Construction ITPs and Reports suite (downloadable Word examples)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https://subbies.hutchies.com.au/resources/videos/safety-and-quality-planning</w:t>
            </w:r>
          </w:p>
        </w:tc>
      </w:tr>
    </w:tbl>
    <w:p>
      <w:pPr>
        <w:spacing w:after="20"/>
      </w:pPr>
    </w:p>
    <w:p>
      <w:pPr>
        <w:pStyle w:val="Title"/>
      </w:pPr>
      <w:r>
        <w:t>Open Confirmations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4447"/>
        <w:gridCol w:w="4447"/>
        <w:gridCol w:w="4447"/>
        <w:gridCol w:w="4447"/>
        <w:gridCol w:w="4447"/>
      </w:tblGrid>
      <w:tr>
        <w:trPr>
          <w:tblHeader w:val="true"/>
        </w:trPr>
        <w:tc>
          <w:tcPr>
            <w:tcW w:type="dxa" w:w="129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Issue ID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Priority</w:t>
            </w:r>
          </w:p>
        </w:tc>
        <w:tc>
          <w:tcPr>
            <w:tcW w:type="dxa" w:w="230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ITP rows</w:t>
            </w:r>
          </w:p>
        </w:tc>
        <w:tc>
          <w:tcPr>
            <w:tcW w:type="dxa" w:w="590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Open item</w:t>
            </w:r>
          </w:p>
        </w:tc>
        <w:tc>
          <w:tcPr>
            <w:tcW w:type="dxa" w:w="648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Action needed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CONF-001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CON-01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CON-01: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CONF-002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CON-02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CON-02: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CONF-003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CON-03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CON-03: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CONF-004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CON-04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CON-04: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CONF-005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CON-05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CON-05: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CONF-006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CON-06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CON-06: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CONF-007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CON-07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CON-07: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CONF-008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CON-08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CON-08: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CONF-009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CON-09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CON-09: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CONF-010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CON-10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CON-10: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CONF-011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CON-11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CON-11: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CONF-012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CON-12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CON-12: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CONF-013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CON-13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CON-13: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CONF-014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CON-14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CON-14: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CONF-015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CON-15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CON-15: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</w:tbl>
    <w:p>
      <w:pPr>
        <w:spacing w:after="20"/>
      </w:pPr>
    </w:p>
    <w:sectPr w:rsidR="00FC693F" w:rsidRPr="0006063C" w:rsidSect="00034616">
      <w:pgSz w:w="23818" w:h="16834" w:orient="landscape"/>
      <w:pgMar w:top="749" w:right="792" w:bottom="749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