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Bulk Earthworks and Site Cut-Fill Inspection and Test Plan Template</w:t>
      </w:r>
    </w:p>
    <w:p>
      <w:r>
        <w:t>Reusable baseline for clearing/stripping interfaces, bulk excavation, site-won cut/fill movements, formation preparation and bulk closeout. Selected engineered fill placement/conditioning/compaction/testing is covered by the separate Selected Engineered Fill package. Excludes structural excavations, deep foundations, contaminated-land remediation, blasting, ground improvement, trench utility backfill and pavement-specific acceptance unless expressly included.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bulk-earthworks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/ authority context: </w:t>
      </w:r>
      <w:r>
        <w:t>[Enter project source / decision] State or territory and any authority or contract scope that governs the work.</w:t>
      </w:r>
    </w:p>
    <w:p>
      <w:r>
        <w:rPr>
          <w:b/>
        </w:rPr>
        <w:t xml:space="preserve">Approved civil / services drawings and revisions: </w:t>
      </w:r>
      <w:r>
        <w:t>[Enter project source / decision] Identify controlled plans, sections, set-out details, levels and applicable drawing items.</w:t>
      </w:r>
    </w:p>
    <w:p>
      <w:r>
        <w:rPr>
          <w:b/>
        </w:rPr>
        <w:t xml:space="preserve">Project earthworks specification and adopted standards: </w:t>
      </w:r>
      <w:r>
        <w:t>[Enter project source / decision] Identify contract clauses, adopted editions, annexures and precedence.</w:t>
      </w:r>
    </w:p>
    <w:p>
      <w:r>
        <w:rPr>
          <w:b/>
        </w:rPr>
        <w:t xml:space="preserve">Geotechnical design basis and disposition roles: </w:t>
      </w:r>
      <w:r>
        <w:t>[Enter project source / decision] Identify the report, design zones and who provides any specified founding or changed-ground disposition.</w:t>
      </w:r>
    </w:p>
    <w:p>
      <w:r>
        <w:rPr>
          <w:b/>
        </w:rPr>
        <w:t xml:space="preserve">Material source, classification and use schedule: </w:t>
      </w:r>
      <w:r>
        <w:t>[Enter project source / decision] Identify approved source, permitted use and project material criteria; do not infer a class.</w:t>
      </w:r>
    </w:p>
    <w:p>
      <w:r>
        <w:rPr>
          <w:b/>
        </w:rPr>
        <w:t xml:space="preserve">Project testing, lotting and reporting plan: </w:t>
      </w:r>
      <w:r>
        <w:t>[Enter project source / decision] Enter nominated methods, test locations, lot definition, rate, acceptance and laboratory role.</w:t>
      </w:r>
    </w:p>
    <w:p>
      <w:r>
        <w:rPr>
          <w:b/>
        </w:rPr>
        <w:t xml:space="preserve">Survey control, geometry and closeout requirements: </w:t>
      </w:r>
      <w:r>
        <w:t>[Enter project source / decision] Identify control, design geometry, tolerances, as-built format and responsible survey role.</w:t>
      </w:r>
    </w:p>
    <w:p>
      <w:r>
        <w:rPr>
          <w:b/>
        </w:rPr>
        <w:t xml:space="preserve">Service clearance and permit process: </w:t>
      </w:r>
      <w:r>
        <w:t>[Enter project source / decision] Identify current service information, locating, protection and permit requirements.</w:t>
      </w:r>
    </w:p>
    <w:p>
      <w:r>
        <w:rPr>
          <w:b/>
        </w:rPr>
        <w:t xml:space="preserve">Service and work-package interfaces: </w:t>
      </w:r>
      <w:r>
        <w:t>[Enter project source / decision] Identify exact trench, building, pavement or service boundaries and owner handover/testing responsibilities.</w:t>
      </w:r>
    </w:p>
    <w:p>
      <w:r>
        <w:rPr>
          <w:b/>
        </w:rPr>
        <w:t xml:space="preserve">Performing, reviewing and contractual release roles: </w:t>
      </w:r>
      <w:r>
        <w:t>[Enter project source / decision] Identify assigned roles, notice period, evidence, and contractual Hold/Witness or release conditions.</w:t>
      </w:r>
    </w:p>
    <w:p>
      <w:r>
        <w:rPr>
          <w:b/>
        </w:rPr>
        <w:t xml:space="preserve">Project records and handover requirements: </w:t>
      </w:r>
      <w:r>
        <w:t>[Enter project source / decision] Identify required registers, reports, photos, dispositions and handover submission.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BEW-01 · Scope, design basis and work-front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the defined bulk cut/fill limits, interfaces, material destinations, geotechnical basis and document revisions before disturbing ground.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contract scope, drawing register, geotechnical report, earthworks method, service/permit information and material-use plan; record unresolved conflicts for assigned decision.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Work limits and governing inputs are identifiable by revision; every material stream has a nominated destination/use or a recorded hold for project disposition. [Enter Approved civil / services drawings and revisions] [Enter Geotechnical design basis and disposition roles] [Enter Material source, classification and use schedule] [Enter Project earthworks specification and adopted standards]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mobilisation and when controlled scope or design documents change.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Bulk earthworks readiness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BEW-02 · Survey control and bulk set-out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control marks and set-out for clearing, stripping, cut limits, fill extents and interfaces.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surveyor’s set-out record and visible marks with approved plans and project survey control; note datum and drawing items.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Set-out is traceable to approved coordinates/levels and current control; discrepancies or disturbed control are resolved before affected work. [Enter Survey control, geometry and closeout requirements]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each new work zone and after disturbance or design change.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Bulk set-out check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BEW-03 · Clearance, stripping and topsoil segregation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required clearances and confirm stripping limits and segregation of material intended for reuse.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permits and service marks; observe clearing limits and compare stripped material handling with the project environmental and reuse plan.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Clearance is current for the work front; disturbance stays within approved limits; reusable topsoil and other materials are identified and kept separate as specified. [Enter Service clearance and permit process] [Enter Material source, classification and use schedule] [Enter Project earthworks specification and adopted standards]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ground penetration; inspect each stripping area before bulk excavation or stockpiling.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Clearance and stripping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BEW-04 · Bulk excavation and cut to design formation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cut limits, exposed conditions, water management and progressive excavation geometry.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Observe excavation against drawings and approved method; record changed ground, unexpected services, water or instability for the assigned project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Excavation stays within the approved footprint and documented geometry; unexpected conditions and departures receive written disposition before covering or building on them. [Enter Approved civil / services drawings and revisions] [Enter Geotechnical design basis and disposition roles] [Enter Survey control, geometry and closeout requirements]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As each excavation area or material condition is exposed, before concealment or dependent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Bulk excavation observation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BEW-05 · Unsuitable or unexpected ground disposition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Identify material or ground conditions that do not match the documented design/material basis and trace the decision before removal or reuse.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Mark the affected location and volume/extent where directed; notify the assigned geotechnical/design role and record written classification, treatment or destination instruction.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Affected material is segregated pending written project disposition; removal, treatment or reuse follows that instruction and is traceable to location and quantity basis. [Enter Geotechnical design basis and disposition roles] [Enter Material source, classification and use schedule] [Enter Project records and handover requirements]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Whenever changed or potentially unsuitable conditions are exposed and before the affected material is reused or concealed.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Changed-ground / material disposition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BEW-06 · Cut/fill material movement and stockpile control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Trace excavated material to the approved reuse area, stockpile or disposal destination and keep distinct streams identifiable.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load/shift records and observe stockpile or placement identification against the approved material-use plan and environmental controls.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Material identity and destination remain traceable; material is not transferred into a different use zone without project approval; stockpiles are managed to the project requirements. [Enter Material source, classification and use schedule] [Enter Project earthworks specification and adopted standards]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For each identified material stream, stockpile establishment and change of destination.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Earthworks material movement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BEW-07 · Cut/fill interface and transition preparation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interfaces where excavation transitions to fill or where the project identifies a treatment detail.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the exposed interface and preparation record with the approved detail and geotechnical instruction; identify location and evidence before the next layer.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Interface treatment matches the specific drawing/detail or written disposition; unresolved soft spots, steps or changed conditions remain open until disposition. [Enter Approved civil / services drawings and revisions] [Enter Geotechnical design basis and disposition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each designed or instructed transition before it is covered by subsequent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Cut/fill interface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BEW-08 · Bulk formation trim, drainage and protection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completed bulk formation shape, surface condition, drainage and protection before handover to the next trade.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Walk the defined area; compare visible geometry and surface/drainage arrangements with project drawings and inspect for damage or water accumulation.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Formation matches the nominated project detail and documented tolerances; damage or water effects are recorded and corrected by an approved disposition before handover. [Enter Approved civil / services drawings and revisions] [Enter Survey control, geometry and closeout requirements] [Enter Project earthworks specification and adopted standards]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completed formation area at handover and after damage or remedial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Formation inspection and handover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BEW-09 · As-built survey and bulk earthworks closeout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Reconcile completed extents and levels with required as-built evidence, open dispositions and handover records.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survey files, material movement/disposition records, field observations, approved rework evidence and outstanding items against the project closeout list.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Required records identify the completed zone and current revision; specified survey deliverables are submitted; open departures have a documented owner and disposition. [Enter Survey control, geometry and closeout requirements] [Enter Project records and handover requirements]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completion of each bulk earthworks zone before closeout or dependent handover.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Bulk earthworks closeout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BEW-01 · Scope, design basis and work-front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Work zone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spec / report revisions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conflict / decision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BEW-02 · Survey control and bulk set-out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Area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Control mark / datum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Design level / drawing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Set-out record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BEW-03 · Clearance, stripping and topsoil segregation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Permit / service clearance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Area / drawing item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Stripped material / destination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Stockpile ID / photo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BEW-04 · Bulk excavation and cut to design formation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Area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Cut level / drawing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material / water / anomaly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Instruction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BEW-05 · Unsuitable or unexpected ground disposition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Location / limits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condition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Written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treatment / destination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BEW-06 · Cut/fill material movement and stockpile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description / source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Quantity / load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Reuse area / stockpile / disposal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Use approval / instruction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BEW-07 · Cut/fill interface and transition preparation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Interface / drawing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preparation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treatment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Photo / survey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BEW-08 · Bulk formation trim, drainage and protection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Area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level criterion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Surface / drainage observation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Receiving trade / date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BEW-09 · As-built survey and bulk earthworks closeout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Zone / drawing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As-built survey file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NCR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Submission / handover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Queensland Department of Transport and Main Roads, MRTS04 General Earthworks (March 2025)</w:t>
      </w:r>
    </w:p>
    <w:p>
      <w:r>
        <w:t>Inspected official PDF and local searchable extract industry-library/text/tmr-mrts04.txt. Topic locators: 1.1-1.2 scope (printed specification pp. 1-2); 5.2-5.6 procedures, testing/lotting (printed pp. 15-19); 6 geometry (printed pp. 19-20); 8 topsoil (printed pp. 22-24); 9 unsuitable material (printed pp. 25-26); 13 excavation (printed pp. 34-38); 14 Earth Fill (printed pp. 38-47); 15 Compaction (printed pp. 48-53); 19 Backfill (printed pp. 67-74).</w:t>
      </w:r>
    </w:p>
    <w:p>
      <w:r>
        <w:t>https://www.tmr.qld.gov.au/-/media/busind/techstdpubs/Specifications-and-drawings/Specifications/3-Roadworks-Drainage-Culverts-and-Geotechnical/MRTS04.pdf</w:t>
      </w:r>
    </w:p>
    <w:p>
      <w:r>
        <w:t>Inspected topic example for Queensland road and bridge earthworks only. Supports identification of process topics, documentary controls, materials, geometry, excavation, fill, compaction, backfill and the fact that lot/test rules are specified. Its technical values, tests, frequencies, lot sizes, control points and roles are not defaults; use only if the project contract adopts this edition and applicable annexures.</w:t>
      </w:r>
    </w:p>
    <w:p>
      <w:pPr>
        <w:pStyle w:val="Heading2"/>
      </w:pPr>
      <w:r>
        <w:t>Hutchinson Builders, Safety &amp; Quality Planning: 010 Groundworks ITP and Report (EXAMPLE)</w:t>
      </w:r>
    </w:p>
    <w:p>
      <w:r>
        <w:t>Official downloads page lists 010 Groundworks ITP and 010 Groundworks Report; both DOCX files downloaded and text-extracted 2026-10-07 from the linked Toolbox files. ITP table rows 3-11 cover bulk set-out, fill source, excavation, fill operations, bottom/surface preparation, compaction/soil-strength records and final inspection; rows 12-25 cover detailed earthworks, trench/pit bottoms, bedding/blinding, backfill, regulatory records and closeout. Matching report table rows 2-4 capture lot/location/open-close/comments/signature; rows 8-32 carry process, specification, acceptance, pass/fail, CAR, initials and date.</w:t>
      </w:r>
    </w:p>
    <w:p>
      <w:r>
        <w:t>https://subbies.hutchies.com.au/resources/videos/safety-and-quality-planning</w:t>
      </w:r>
    </w:p>
    <w:p>
      <w:r>
        <w:t>Builder example marked EXAMPLE; used only to check broad staging and useful lot/report fields. Many acceptance/frequency/role cells are blank. It does not set universal criteria, regulatory steps or release authority. Original DOCX files are not redistributed.</w:t>
      </w:r>
    </w:p>
    <w:p>
      <w:pPr>
        <w:pStyle w:val="Heading2"/>
      </w:pPr>
      <w:r>
        <w:t>Construction Quality Australia, How to create an Inspection and Test Plan</w:t>
      </w:r>
    </w:p>
    <w:p>
      <w:r>
        <w:t>Official industry guide, sections 1-4, previously inspected and summarized in skills/au-construction-itp/references/template-writing-guide.md.</w:t>
      </w:r>
    </w:p>
    <w:p>
      <w:r>
        <w:t>https://www.cqa.org.au/post/guide-how-to-create-an-inspection-and-test-plan-itp</w:t>
      </w:r>
    </w:p>
    <w:p>
      <w:r>
        <w:t>Method structure only: sequence checkable activities and specify method, acceptance source, trigger/frequency, responsibility, control and records. Does not substantiate earthworks technical limits or project requirements.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bulk-earthworks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